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96006" w14:textId="77777777" w:rsidR="0026643C" w:rsidRPr="00692D5C" w:rsidRDefault="0026643C" w:rsidP="0026643C">
      <w:pPr>
        <w:spacing w:after="0" w:line="240" w:lineRule="auto"/>
        <w:jc w:val="center"/>
        <w:rPr>
          <w:rFonts w:ascii="Aptos" w:hAnsi="Aptos"/>
          <w:color w:val="3071C3" w:themeColor="text2" w:themeTint="BF"/>
        </w:rPr>
      </w:pPr>
      <w:r w:rsidRPr="00692D5C">
        <w:rPr>
          <w:rFonts w:ascii="Aptos" w:hAnsi="Aptos"/>
          <w:b/>
          <w:bCs/>
          <w:color w:val="3071C3" w:themeColor="text2" w:themeTint="BF"/>
        </w:rPr>
        <w:t>THE PORVOO COMMUNION OF CHURCHES</w:t>
      </w:r>
    </w:p>
    <w:p w14:paraId="79558A23" w14:textId="77777777" w:rsidR="0026643C" w:rsidRPr="00692D5C" w:rsidRDefault="0026643C" w:rsidP="0026643C">
      <w:pPr>
        <w:spacing w:after="0" w:line="240" w:lineRule="auto"/>
        <w:rPr>
          <w:rFonts w:ascii="Aptos" w:hAnsi="Aptos"/>
          <w:color w:val="3071C3" w:themeColor="text2" w:themeTint="BF"/>
        </w:rPr>
      </w:pPr>
    </w:p>
    <w:p w14:paraId="61A15740" w14:textId="306E8594" w:rsidR="0026643C" w:rsidRPr="00692D5C" w:rsidRDefault="0026643C" w:rsidP="0026643C">
      <w:pPr>
        <w:spacing w:after="0" w:line="240" w:lineRule="auto"/>
        <w:jc w:val="center"/>
        <w:rPr>
          <w:rFonts w:ascii="Aptos" w:hAnsi="Aptos"/>
          <w:caps/>
          <w:color w:val="3071C3" w:themeColor="text2" w:themeTint="BF"/>
        </w:rPr>
      </w:pPr>
      <w:r w:rsidRPr="00692D5C">
        <w:rPr>
          <w:rFonts w:ascii="Aptos" w:hAnsi="Aptos"/>
          <w:caps/>
          <w:color w:val="3071C3" w:themeColor="text2" w:themeTint="BF"/>
        </w:rPr>
        <w:t xml:space="preserve">MEETING OF THE primates and presiding bishops  </w:t>
      </w:r>
    </w:p>
    <w:p w14:paraId="059D19E1" w14:textId="6FCC6560" w:rsidR="0026643C" w:rsidRPr="00692D5C" w:rsidRDefault="0026643C" w:rsidP="0026643C">
      <w:pPr>
        <w:spacing w:after="0" w:line="240" w:lineRule="auto"/>
        <w:jc w:val="center"/>
        <w:rPr>
          <w:rFonts w:ascii="Aptos" w:hAnsi="Aptos"/>
          <w:color w:val="3071C3" w:themeColor="text2" w:themeTint="BF"/>
        </w:rPr>
      </w:pPr>
      <w:r w:rsidRPr="00692D5C">
        <w:rPr>
          <w:rFonts w:ascii="Aptos" w:hAnsi="Aptos"/>
          <w:color w:val="3071C3" w:themeColor="text2" w:themeTint="BF"/>
        </w:rPr>
        <w:t>6 TO 8 OCTOBER 2026</w:t>
      </w:r>
    </w:p>
    <w:p w14:paraId="76F6883A" w14:textId="77777777" w:rsidR="0026643C" w:rsidRPr="00692D5C" w:rsidRDefault="0026643C" w:rsidP="0026643C">
      <w:pPr>
        <w:spacing w:after="0" w:line="240" w:lineRule="auto"/>
        <w:jc w:val="center"/>
        <w:rPr>
          <w:rFonts w:ascii="Aptos" w:hAnsi="Aptos"/>
          <w:color w:val="3071C3" w:themeColor="text2" w:themeTint="BF"/>
        </w:rPr>
      </w:pPr>
      <w:r w:rsidRPr="00692D5C">
        <w:rPr>
          <w:rFonts w:ascii="Aptos" w:hAnsi="Aptos"/>
          <w:color w:val="3071C3" w:themeColor="text2" w:themeTint="BF"/>
        </w:rPr>
        <w:t>Lambeth Palace, London SE1 7JU, England</w:t>
      </w:r>
    </w:p>
    <w:p w14:paraId="6AD521D0" w14:textId="77777777" w:rsidR="0026643C" w:rsidRPr="00692D5C" w:rsidRDefault="0026643C" w:rsidP="0026643C">
      <w:pPr>
        <w:spacing w:after="0" w:line="240" w:lineRule="auto"/>
        <w:rPr>
          <w:rFonts w:ascii="Aptos" w:hAnsi="Aptos"/>
          <w:color w:val="3071C3" w:themeColor="text2" w:themeTint="BF"/>
        </w:rPr>
      </w:pPr>
    </w:p>
    <w:p w14:paraId="0D7F1570" w14:textId="392549EA" w:rsidR="0026643C" w:rsidRPr="00692D5C" w:rsidRDefault="0026643C" w:rsidP="0026643C">
      <w:pPr>
        <w:jc w:val="center"/>
        <w:rPr>
          <w:rFonts w:ascii="Aptos" w:hAnsi="Aptos"/>
          <w:b/>
          <w:bCs/>
          <w:color w:val="3071C3" w:themeColor="text2" w:themeTint="BF"/>
        </w:rPr>
      </w:pPr>
      <w:r w:rsidRPr="00692D5C">
        <w:rPr>
          <w:rFonts w:ascii="Aptos" w:hAnsi="Aptos"/>
          <w:b/>
          <w:bCs/>
          <w:color w:val="3071C3" w:themeColor="text2" w:themeTint="BF"/>
        </w:rPr>
        <w:t xml:space="preserve">COMMUNIQUÉ </w:t>
      </w:r>
    </w:p>
    <w:p w14:paraId="68273EF2" w14:textId="77777777" w:rsidR="00FE3BAE" w:rsidRPr="00692D5C" w:rsidRDefault="00FB582B" w:rsidP="0026643C">
      <w:pPr>
        <w:jc w:val="both"/>
        <w:rPr>
          <w:rFonts w:ascii="Aptos" w:hAnsi="Aptos" w:cs="Calibri"/>
        </w:rPr>
      </w:pPr>
      <w:r w:rsidRPr="00692D5C">
        <w:rPr>
          <w:rFonts w:ascii="Aptos" w:hAnsi="Aptos" w:cs="Calibri"/>
        </w:rPr>
        <w:t>The Primates and Presiding Bishops of the Porvoo Communion</w:t>
      </w:r>
      <w:r w:rsidR="005D6B70" w:rsidRPr="00692D5C">
        <w:rPr>
          <w:rFonts w:ascii="Aptos" w:hAnsi="Aptos" w:cs="Calibri"/>
        </w:rPr>
        <w:t xml:space="preserve"> met in London in the United Kingdom, together with members of the Porvoo Contact Group, during the 30th anniversary year of the Communion. The Porvoo Communion </w:t>
      </w:r>
      <w:r w:rsidRPr="00692D5C">
        <w:rPr>
          <w:rFonts w:ascii="Aptos" w:hAnsi="Aptos" w:cs="Calibri"/>
        </w:rPr>
        <w:t>unites the Anglican churches of Great Britain, Ireland and the Iberian Peninsula</w:t>
      </w:r>
      <w:r w:rsidR="005D6B70" w:rsidRPr="00692D5C">
        <w:rPr>
          <w:rFonts w:ascii="Aptos" w:hAnsi="Aptos" w:cs="Calibri"/>
        </w:rPr>
        <w:t xml:space="preserve"> with</w:t>
      </w:r>
      <w:r w:rsidRPr="00692D5C">
        <w:rPr>
          <w:rFonts w:ascii="Aptos" w:hAnsi="Aptos" w:cs="Calibri"/>
        </w:rPr>
        <w:t xml:space="preserve"> the Lutheran churches of the Nordic countries, the Baltic states and Great Britain. The Primates’ Meeting, which is usually held every three years, was centred on the theme </w:t>
      </w:r>
      <w:r w:rsidRPr="00692D5C">
        <w:rPr>
          <w:rFonts w:ascii="Aptos" w:hAnsi="Aptos" w:cs="Calibri"/>
          <w:i/>
          <w:iCs/>
        </w:rPr>
        <w:t>“Being the Church in Turbulent Times”</w:t>
      </w:r>
      <w:r w:rsidRPr="00692D5C">
        <w:rPr>
          <w:rFonts w:ascii="Aptos" w:hAnsi="Aptos" w:cs="Calibri"/>
        </w:rPr>
        <w:t>. The meeting was generously hosted by the Church of England at Lambeth Palace and included participation in Evensong at Westminster Abbey.</w:t>
      </w:r>
    </w:p>
    <w:p w14:paraId="4A46EFA1" w14:textId="2C11EFCE" w:rsidR="00460F1C" w:rsidRPr="00692D5C" w:rsidRDefault="00FE3BAE" w:rsidP="0026643C">
      <w:pPr>
        <w:jc w:val="both"/>
        <w:rPr>
          <w:rFonts w:ascii="Aptos" w:hAnsi="Aptos" w:cs="Calibri"/>
        </w:rPr>
      </w:pPr>
      <w:r w:rsidRPr="00692D5C">
        <w:rPr>
          <w:rFonts w:ascii="Aptos" w:hAnsi="Aptos" w:cs="Calibri"/>
        </w:rPr>
        <w:t>Prior to the full meeting</w:t>
      </w:r>
      <w:r w:rsidR="00FB582B" w:rsidRPr="00692D5C">
        <w:rPr>
          <w:rFonts w:ascii="Aptos" w:hAnsi="Aptos" w:cs="Calibri"/>
        </w:rPr>
        <w:t xml:space="preserve">, the Porvoo Contact Group reflected on the next steps towards </w:t>
      </w:r>
      <w:r w:rsidRPr="00692D5C">
        <w:rPr>
          <w:rFonts w:ascii="Aptos" w:hAnsi="Aptos" w:cs="Calibri"/>
        </w:rPr>
        <w:t>establishing</w:t>
      </w:r>
      <w:r w:rsidR="00FB582B" w:rsidRPr="00692D5C">
        <w:rPr>
          <w:rFonts w:ascii="Aptos" w:hAnsi="Aptos" w:cs="Calibri"/>
        </w:rPr>
        <w:t xml:space="preserve"> transitivity </w:t>
      </w:r>
      <w:r w:rsidR="00FB70A8" w:rsidRPr="00692D5C">
        <w:rPr>
          <w:rFonts w:ascii="Aptos" w:hAnsi="Aptos" w:cs="Calibri"/>
        </w:rPr>
        <w:t>between the Porvoo Communion and</w:t>
      </w:r>
      <w:r w:rsidR="00FB582B" w:rsidRPr="00692D5C">
        <w:rPr>
          <w:rFonts w:ascii="Aptos" w:hAnsi="Aptos" w:cs="Calibri"/>
        </w:rPr>
        <w:t xml:space="preserve"> the Anglican-Lutheran agreement in North America: </w:t>
      </w:r>
      <w:r w:rsidR="002B35C8" w:rsidRPr="00692D5C">
        <w:rPr>
          <w:rFonts w:ascii="Aptos" w:hAnsi="Aptos" w:cs="Calibri"/>
        </w:rPr>
        <w:t>namely</w:t>
      </w:r>
      <w:r w:rsidR="00FB582B" w:rsidRPr="00692D5C">
        <w:rPr>
          <w:rFonts w:ascii="Aptos" w:hAnsi="Aptos" w:cs="Calibri"/>
        </w:rPr>
        <w:t xml:space="preserve">, the </w:t>
      </w:r>
      <w:r w:rsidR="0011391D" w:rsidRPr="00692D5C">
        <w:rPr>
          <w:rFonts w:ascii="Aptos" w:hAnsi="Aptos" w:cs="Calibri"/>
          <w:i/>
          <w:iCs/>
        </w:rPr>
        <w:t xml:space="preserve">Churches Beyond Borders </w:t>
      </w:r>
      <w:r w:rsidR="0011391D" w:rsidRPr="00692D5C">
        <w:rPr>
          <w:rFonts w:ascii="Aptos" w:hAnsi="Aptos" w:cs="Calibri"/>
        </w:rPr>
        <w:t xml:space="preserve">agreement </w:t>
      </w:r>
      <w:r w:rsidR="006067FB" w:rsidRPr="00692D5C">
        <w:rPr>
          <w:rFonts w:ascii="Aptos" w:hAnsi="Aptos" w:cs="Calibri"/>
        </w:rPr>
        <w:t>between</w:t>
      </w:r>
      <w:r w:rsidR="0011391D" w:rsidRPr="00692D5C">
        <w:rPr>
          <w:rFonts w:ascii="Aptos" w:hAnsi="Aptos" w:cs="Calibri"/>
        </w:rPr>
        <w:t xml:space="preserve"> the </w:t>
      </w:r>
      <w:r w:rsidR="00FB582B" w:rsidRPr="00692D5C">
        <w:rPr>
          <w:rFonts w:ascii="Aptos" w:hAnsi="Aptos" w:cs="Calibri"/>
        </w:rPr>
        <w:t>Anglican Church of Canada</w:t>
      </w:r>
      <w:r w:rsidR="0011391D" w:rsidRPr="00692D5C">
        <w:rPr>
          <w:rFonts w:ascii="Aptos" w:hAnsi="Aptos" w:cs="Calibri"/>
        </w:rPr>
        <w:t>,</w:t>
      </w:r>
      <w:r w:rsidR="00FB582B" w:rsidRPr="00692D5C">
        <w:rPr>
          <w:rFonts w:ascii="Aptos" w:hAnsi="Aptos" w:cs="Calibri"/>
        </w:rPr>
        <w:t xml:space="preserve"> the Evangelical Lutheran Church in Canada, The Episcopal Church (USA)</w:t>
      </w:r>
      <w:r w:rsidR="0011391D" w:rsidRPr="00692D5C">
        <w:rPr>
          <w:rFonts w:ascii="Aptos" w:hAnsi="Aptos" w:cs="Calibri"/>
        </w:rPr>
        <w:t>,</w:t>
      </w:r>
      <w:r w:rsidR="00FB582B" w:rsidRPr="00692D5C">
        <w:rPr>
          <w:rFonts w:ascii="Aptos" w:hAnsi="Aptos" w:cs="Calibri"/>
        </w:rPr>
        <w:t xml:space="preserve"> and the Evangelical Lutheran Church in America. The Group was pleased to be joined by the Revd Dr Kirsten Guidero of The Episcopal Church, who offered insights from a North American perspective.</w:t>
      </w:r>
    </w:p>
    <w:p w14:paraId="1E63D3D9" w14:textId="4C95603E" w:rsidR="00460F1C" w:rsidRPr="00692D5C" w:rsidRDefault="00D37DD2" w:rsidP="0026643C">
      <w:pPr>
        <w:jc w:val="both"/>
        <w:rPr>
          <w:rFonts w:ascii="Aptos" w:hAnsi="Aptos" w:cs="Calibri"/>
        </w:rPr>
      </w:pPr>
      <w:r w:rsidRPr="00692D5C">
        <w:rPr>
          <w:rFonts w:ascii="Aptos" w:hAnsi="Aptos" w:cs="Calibri"/>
        </w:rPr>
        <w:t xml:space="preserve">In a separate session, the </w:t>
      </w:r>
      <w:r w:rsidR="00472511">
        <w:rPr>
          <w:rFonts w:ascii="Aptos" w:hAnsi="Aptos" w:cs="Calibri"/>
        </w:rPr>
        <w:t>p</w:t>
      </w:r>
      <w:r w:rsidRPr="00692D5C">
        <w:rPr>
          <w:rFonts w:ascii="Aptos" w:hAnsi="Aptos" w:cs="Calibri"/>
        </w:rPr>
        <w:t xml:space="preserve">rimates and </w:t>
      </w:r>
      <w:r w:rsidR="00472511">
        <w:rPr>
          <w:rFonts w:ascii="Aptos" w:hAnsi="Aptos" w:cs="Calibri"/>
        </w:rPr>
        <w:t>p</w:t>
      </w:r>
      <w:r w:rsidRPr="00692D5C">
        <w:rPr>
          <w:rFonts w:ascii="Aptos" w:hAnsi="Aptos" w:cs="Calibri"/>
        </w:rPr>
        <w:t xml:space="preserve">residing </w:t>
      </w:r>
      <w:r w:rsidR="00472511">
        <w:rPr>
          <w:rFonts w:ascii="Aptos" w:hAnsi="Aptos" w:cs="Calibri"/>
        </w:rPr>
        <w:t>b</w:t>
      </w:r>
      <w:r w:rsidRPr="00692D5C">
        <w:rPr>
          <w:rFonts w:ascii="Aptos" w:hAnsi="Aptos" w:cs="Calibri"/>
        </w:rPr>
        <w:t>ishops shared</w:t>
      </w:r>
      <w:r w:rsidR="00FB582B" w:rsidRPr="00692D5C">
        <w:rPr>
          <w:rFonts w:ascii="Aptos" w:hAnsi="Aptos" w:cs="Calibri"/>
        </w:rPr>
        <w:t xml:space="preserve"> experiences from their respective contexts and reflect</w:t>
      </w:r>
      <w:r w:rsidRPr="00692D5C">
        <w:rPr>
          <w:rFonts w:ascii="Aptos" w:hAnsi="Aptos" w:cs="Calibri"/>
        </w:rPr>
        <w:t>ed</w:t>
      </w:r>
      <w:r w:rsidR="00FB582B" w:rsidRPr="00692D5C">
        <w:rPr>
          <w:rFonts w:ascii="Aptos" w:hAnsi="Aptos" w:cs="Calibri"/>
        </w:rPr>
        <w:t xml:space="preserve"> particularly on the need for a renewed ecumenical commitment between Anglicans and Lutherans. They agreed to </w:t>
      </w:r>
      <w:r w:rsidR="008014F3" w:rsidRPr="00692D5C">
        <w:rPr>
          <w:rFonts w:ascii="Aptos" w:hAnsi="Aptos" w:cs="Calibri"/>
        </w:rPr>
        <w:t xml:space="preserve">prepare a </w:t>
      </w:r>
      <w:r w:rsidR="00D44A2B" w:rsidRPr="00692D5C">
        <w:rPr>
          <w:rFonts w:ascii="Aptos" w:hAnsi="Aptos" w:cs="Calibri"/>
        </w:rPr>
        <w:t xml:space="preserve">statement </w:t>
      </w:r>
      <w:r w:rsidR="00FB582B" w:rsidRPr="00692D5C">
        <w:rPr>
          <w:rFonts w:ascii="Aptos" w:hAnsi="Aptos" w:cs="Calibri"/>
        </w:rPr>
        <w:t>on how the Porvoo Communion can achieve transitivity with the churches of North Americ</w:t>
      </w:r>
      <w:r w:rsidR="00D44A2B" w:rsidRPr="00692D5C">
        <w:rPr>
          <w:rFonts w:ascii="Aptos" w:hAnsi="Aptos" w:cs="Calibri"/>
        </w:rPr>
        <w:t xml:space="preserve">a, with the intent that this </w:t>
      </w:r>
      <w:r w:rsidR="002E5C54" w:rsidRPr="00692D5C">
        <w:rPr>
          <w:rFonts w:ascii="Aptos" w:hAnsi="Aptos" w:cs="Calibri"/>
        </w:rPr>
        <w:t xml:space="preserve">is shared within the individual member churches of the Porvoo Communion for </w:t>
      </w:r>
      <w:r w:rsidR="006B4385" w:rsidRPr="00692D5C">
        <w:rPr>
          <w:rFonts w:ascii="Aptos" w:hAnsi="Aptos" w:cs="Calibri"/>
        </w:rPr>
        <w:t xml:space="preserve">further </w:t>
      </w:r>
      <w:r w:rsidR="00116647" w:rsidRPr="00692D5C">
        <w:rPr>
          <w:rFonts w:ascii="Aptos" w:hAnsi="Aptos" w:cs="Calibri"/>
        </w:rPr>
        <w:t xml:space="preserve">concrete </w:t>
      </w:r>
      <w:r w:rsidR="006B4385" w:rsidRPr="00692D5C">
        <w:rPr>
          <w:rFonts w:ascii="Aptos" w:hAnsi="Aptos" w:cs="Calibri"/>
        </w:rPr>
        <w:t>action.</w:t>
      </w:r>
    </w:p>
    <w:p w14:paraId="76C2F5EF" w14:textId="102A5271" w:rsidR="00460F1C" w:rsidRPr="00692D5C" w:rsidRDefault="00FB582B" w:rsidP="0026643C">
      <w:pPr>
        <w:jc w:val="both"/>
        <w:rPr>
          <w:rFonts w:ascii="Aptos" w:hAnsi="Aptos" w:cs="Calibri"/>
        </w:rPr>
      </w:pPr>
      <w:r w:rsidRPr="00692D5C">
        <w:rPr>
          <w:rFonts w:ascii="Aptos" w:hAnsi="Aptos" w:cs="Calibri"/>
        </w:rPr>
        <w:t xml:space="preserve">Building on the main theme of the conference, </w:t>
      </w:r>
      <w:r w:rsidR="0026643C" w:rsidRPr="00692D5C">
        <w:rPr>
          <w:rFonts w:ascii="Aptos" w:hAnsi="Aptos" w:cs="Calibri"/>
        </w:rPr>
        <w:t xml:space="preserve">the Revd. </w:t>
      </w:r>
      <w:r w:rsidRPr="00692D5C">
        <w:rPr>
          <w:rFonts w:ascii="Aptos" w:hAnsi="Aptos" w:cs="Calibri"/>
        </w:rPr>
        <w:t>Professor Luke Bretherton</w:t>
      </w:r>
      <w:r w:rsidR="0026643C" w:rsidRPr="00692D5C">
        <w:rPr>
          <w:rFonts w:ascii="Aptos" w:hAnsi="Aptos" w:cs="Calibri"/>
        </w:rPr>
        <w:t xml:space="preserve"> of Christchurch, University of Oxford,</w:t>
      </w:r>
      <w:r w:rsidRPr="00692D5C">
        <w:rPr>
          <w:rFonts w:ascii="Aptos" w:hAnsi="Aptos" w:cs="Calibri"/>
        </w:rPr>
        <w:t xml:space="preserve"> introduced the </w:t>
      </w:r>
      <w:r w:rsidR="0026643C" w:rsidRPr="00692D5C">
        <w:rPr>
          <w:rFonts w:ascii="Aptos" w:hAnsi="Aptos" w:cs="Calibri"/>
        </w:rPr>
        <w:t xml:space="preserve">primates and presiding bishops </w:t>
      </w:r>
      <w:r w:rsidRPr="00692D5C">
        <w:rPr>
          <w:rFonts w:ascii="Aptos" w:hAnsi="Aptos" w:cs="Calibri"/>
        </w:rPr>
        <w:t xml:space="preserve">to the question: </w:t>
      </w:r>
      <w:r w:rsidRPr="00692D5C">
        <w:rPr>
          <w:rFonts w:ascii="Aptos" w:hAnsi="Aptos" w:cs="Calibri"/>
          <w:i/>
          <w:iCs/>
        </w:rPr>
        <w:t>“What is a Christian politics? And is there such a thing as a Christian nation?”</w:t>
      </w:r>
      <w:r w:rsidRPr="00692D5C">
        <w:rPr>
          <w:rFonts w:ascii="Aptos" w:hAnsi="Aptos" w:cs="Calibri"/>
        </w:rPr>
        <w:t xml:space="preserve"> Professor Bretherton underlined that politics is fundamentally concerned with the common good and seeks relational ways to advance it. From a Christian perspective, the basis of politics is love of neighbour. He noted the troubling return of a ‘friend-and-enemy’ dynamic, in which Christianity </w:t>
      </w:r>
      <w:r w:rsidR="005D6B70" w:rsidRPr="00692D5C">
        <w:rPr>
          <w:rFonts w:ascii="Aptos" w:hAnsi="Aptos" w:cs="Calibri"/>
        </w:rPr>
        <w:t>can be sometimes</w:t>
      </w:r>
      <w:r w:rsidRPr="00692D5C">
        <w:rPr>
          <w:rFonts w:ascii="Aptos" w:hAnsi="Aptos" w:cs="Calibri"/>
        </w:rPr>
        <w:t xml:space="preserve"> understood principally as </w:t>
      </w:r>
      <w:r w:rsidR="0026643C" w:rsidRPr="00692D5C">
        <w:rPr>
          <w:rFonts w:ascii="Aptos" w:hAnsi="Aptos" w:cs="Calibri"/>
        </w:rPr>
        <w:t xml:space="preserve">constituting </w:t>
      </w:r>
      <w:r w:rsidRPr="00692D5C">
        <w:rPr>
          <w:rFonts w:ascii="Aptos" w:hAnsi="Aptos" w:cs="Calibri"/>
        </w:rPr>
        <w:t xml:space="preserve">a nation </w:t>
      </w:r>
      <w:r w:rsidRPr="00692D5C">
        <w:rPr>
          <w:rFonts w:ascii="Aptos" w:hAnsi="Aptos" w:cs="Calibri"/>
          <w:i/>
          <w:iCs/>
        </w:rPr>
        <w:t>(ethnos)</w:t>
      </w:r>
      <w:r w:rsidRPr="00692D5C">
        <w:rPr>
          <w:rFonts w:ascii="Aptos" w:hAnsi="Aptos" w:cs="Calibri"/>
        </w:rPr>
        <w:t xml:space="preserve"> rather than as the people of God </w:t>
      </w:r>
      <w:r w:rsidRPr="00692D5C">
        <w:rPr>
          <w:rFonts w:ascii="Aptos" w:hAnsi="Aptos" w:cs="Calibri"/>
          <w:i/>
          <w:iCs/>
        </w:rPr>
        <w:t>(</w:t>
      </w:r>
      <w:proofErr w:type="spellStart"/>
      <w:r w:rsidRPr="00692D5C">
        <w:rPr>
          <w:rFonts w:ascii="Aptos" w:hAnsi="Aptos" w:cs="Calibri"/>
          <w:i/>
          <w:iCs/>
        </w:rPr>
        <w:t>laos</w:t>
      </w:r>
      <w:proofErr w:type="spellEnd"/>
      <w:r w:rsidRPr="00692D5C">
        <w:rPr>
          <w:rFonts w:ascii="Aptos" w:hAnsi="Aptos" w:cs="Calibri"/>
          <w:i/>
          <w:iCs/>
        </w:rPr>
        <w:t>)</w:t>
      </w:r>
      <w:r w:rsidRPr="00692D5C">
        <w:rPr>
          <w:rFonts w:ascii="Aptos" w:hAnsi="Aptos" w:cs="Calibri"/>
        </w:rPr>
        <w:t xml:space="preserve">, and in relation to civic life as part of the </w:t>
      </w:r>
      <w:r w:rsidRPr="00692D5C">
        <w:rPr>
          <w:rFonts w:ascii="Aptos" w:hAnsi="Aptos" w:cs="Calibri"/>
          <w:i/>
          <w:iCs/>
        </w:rPr>
        <w:t>demos</w:t>
      </w:r>
      <w:r w:rsidRPr="00692D5C">
        <w:rPr>
          <w:rFonts w:ascii="Aptos" w:hAnsi="Aptos" w:cs="Calibri"/>
        </w:rPr>
        <w:t xml:space="preserve"> </w:t>
      </w:r>
      <w:r w:rsidR="0026643C" w:rsidRPr="00692D5C">
        <w:rPr>
          <w:rFonts w:ascii="Aptos" w:hAnsi="Aptos" w:cs="Calibri"/>
        </w:rPr>
        <w:t>(</w:t>
      </w:r>
      <w:r w:rsidRPr="00692D5C">
        <w:rPr>
          <w:rFonts w:ascii="Aptos" w:hAnsi="Aptos" w:cs="Calibri"/>
        </w:rPr>
        <w:t>from which democracy takes its name</w:t>
      </w:r>
      <w:r w:rsidR="0026643C" w:rsidRPr="00692D5C">
        <w:rPr>
          <w:rFonts w:ascii="Aptos" w:hAnsi="Aptos" w:cs="Calibri"/>
        </w:rPr>
        <w:t>)</w:t>
      </w:r>
      <w:r w:rsidRPr="00692D5C">
        <w:rPr>
          <w:rFonts w:ascii="Aptos" w:hAnsi="Aptos" w:cs="Calibri"/>
        </w:rPr>
        <w:t>. Ecumenism, mission and politics converge</w:t>
      </w:r>
      <w:r w:rsidR="00545A2D" w:rsidRPr="00692D5C">
        <w:rPr>
          <w:rFonts w:ascii="Aptos" w:hAnsi="Aptos" w:cs="Calibri"/>
        </w:rPr>
        <w:t>, he argued,</w:t>
      </w:r>
      <w:r w:rsidRPr="00692D5C">
        <w:rPr>
          <w:rFonts w:ascii="Aptos" w:hAnsi="Aptos" w:cs="Calibri"/>
        </w:rPr>
        <w:t xml:space="preserve"> when churches work for the common good in the light of faith, hope and love.</w:t>
      </w:r>
    </w:p>
    <w:p w14:paraId="3061C451" w14:textId="7905C517" w:rsidR="00460F1C" w:rsidRPr="00692D5C" w:rsidRDefault="00FB582B" w:rsidP="0026643C">
      <w:pPr>
        <w:jc w:val="both"/>
        <w:rPr>
          <w:rFonts w:ascii="Aptos" w:hAnsi="Aptos" w:cs="Calibri"/>
        </w:rPr>
      </w:pPr>
      <w:r w:rsidRPr="00692D5C">
        <w:rPr>
          <w:rFonts w:ascii="Aptos" w:hAnsi="Aptos" w:cs="Calibri"/>
        </w:rPr>
        <w:lastRenderedPageBreak/>
        <w:t xml:space="preserve">The theme of </w:t>
      </w:r>
      <w:r w:rsidRPr="00692D5C">
        <w:rPr>
          <w:rFonts w:ascii="Aptos" w:hAnsi="Aptos" w:cs="Calibri"/>
          <w:i/>
          <w:iCs/>
        </w:rPr>
        <w:t>“Being the Church in Turbulent Times”</w:t>
      </w:r>
      <w:r w:rsidRPr="00692D5C">
        <w:rPr>
          <w:rFonts w:ascii="Aptos" w:hAnsi="Aptos" w:cs="Calibri"/>
        </w:rPr>
        <w:t xml:space="preserve"> continued with a visit to the Houses of Parliament at Westminster. There, the group learned about the role of the Church of England’s Faith and Public Life team within the formal structures of </w:t>
      </w:r>
      <w:r w:rsidR="00545A2D" w:rsidRPr="00692D5C">
        <w:rPr>
          <w:rFonts w:ascii="Aptos" w:hAnsi="Aptos" w:cs="Calibri"/>
        </w:rPr>
        <w:t xml:space="preserve">the </w:t>
      </w:r>
      <w:r w:rsidR="0026643C" w:rsidRPr="00692D5C">
        <w:rPr>
          <w:rFonts w:ascii="Aptos" w:hAnsi="Aptos" w:cs="Calibri"/>
        </w:rPr>
        <w:t>n</w:t>
      </w:r>
      <w:r w:rsidR="00545A2D" w:rsidRPr="00692D5C">
        <w:rPr>
          <w:rFonts w:ascii="Aptos" w:hAnsi="Aptos" w:cs="Calibri"/>
        </w:rPr>
        <w:t xml:space="preserve">ation’s </w:t>
      </w:r>
      <w:r w:rsidRPr="00692D5C">
        <w:rPr>
          <w:rFonts w:ascii="Aptos" w:hAnsi="Aptos" w:cs="Calibri"/>
        </w:rPr>
        <w:t>p</w:t>
      </w:r>
      <w:r w:rsidR="00545A2D" w:rsidRPr="00692D5C">
        <w:rPr>
          <w:rFonts w:ascii="Aptos" w:hAnsi="Aptos" w:cs="Calibri"/>
        </w:rPr>
        <w:t>olitical</w:t>
      </w:r>
      <w:r w:rsidRPr="00692D5C">
        <w:rPr>
          <w:rFonts w:ascii="Aptos" w:hAnsi="Aptos" w:cs="Calibri"/>
        </w:rPr>
        <w:t xml:space="preserve"> life, particularly in supporting bishops who serve in the House of Lords. The churches of the Porvoo Communion, especially the Lutheran churches of the Nordic countries, have their own histories of close cooperation with the state. Today, churches across Europe continue to seek ways of bearing witness together in the public sphere.</w:t>
      </w:r>
    </w:p>
    <w:p w14:paraId="4C00E7B4" w14:textId="78539ECE" w:rsidR="00E4091B" w:rsidRPr="00692D5C" w:rsidRDefault="00E4091B" w:rsidP="0026643C">
      <w:pPr>
        <w:jc w:val="both"/>
        <w:rPr>
          <w:rFonts w:ascii="Aptos" w:hAnsi="Aptos" w:cs="Calibri"/>
        </w:rPr>
      </w:pPr>
      <w:r w:rsidRPr="00692D5C">
        <w:rPr>
          <w:rFonts w:ascii="Aptos" w:hAnsi="Aptos" w:cs="Calibri"/>
        </w:rPr>
        <w:t xml:space="preserve">The Revd Dr Helen Paynter </w:t>
      </w:r>
      <w:r w:rsidR="0026643C" w:rsidRPr="00692D5C">
        <w:rPr>
          <w:rFonts w:ascii="Aptos" w:hAnsi="Aptos" w:cs="Calibri"/>
        </w:rPr>
        <w:t xml:space="preserve">of Bristol Baptist College </w:t>
      </w:r>
      <w:r w:rsidRPr="00692D5C">
        <w:rPr>
          <w:rFonts w:ascii="Aptos" w:hAnsi="Aptos" w:cs="Calibri"/>
        </w:rPr>
        <w:t xml:space="preserve">continued the theme with a presentation on </w:t>
      </w:r>
      <w:r w:rsidRPr="00692D5C">
        <w:rPr>
          <w:rFonts w:ascii="Aptos" w:hAnsi="Aptos" w:cs="Calibri"/>
          <w:i/>
          <w:iCs/>
        </w:rPr>
        <w:t>“Christian Nationalism in the UK: Ideology, Theology, and Pastoral Responses.”</w:t>
      </w:r>
      <w:r w:rsidRPr="00692D5C">
        <w:rPr>
          <w:rFonts w:ascii="Aptos" w:hAnsi="Aptos" w:cs="Calibri"/>
        </w:rPr>
        <w:t xml:space="preserve"> Her contribution prompted reflection on how churches might challenge the unhelpful conflation of Christianity with political ideologies. She emphasised the importance of responding to Christian nationalist movements with careful theological engagement and </w:t>
      </w:r>
      <w:r w:rsidR="00EB475A" w:rsidRPr="00692D5C">
        <w:rPr>
          <w:rFonts w:ascii="Aptos" w:hAnsi="Aptos" w:cs="Calibri"/>
        </w:rPr>
        <w:t xml:space="preserve">suggested </w:t>
      </w:r>
      <w:r w:rsidR="001D57AC" w:rsidRPr="00692D5C">
        <w:rPr>
          <w:rFonts w:ascii="Aptos" w:hAnsi="Aptos" w:cs="Calibri"/>
        </w:rPr>
        <w:t>avenues</w:t>
      </w:r>
      <w:r w:rsidRPr="00692D5C">
        <w:rPr>
          <w:rFonts w:ascii="Aptos" w:hAnsi="Aptos" w:cs="Calibri"/>
        </w:rPr>
        <w:t xml:space="preserve"> for church leaders seeking constructive and dialogical responses.</w:t>
      </w:r>
    </w:p>
    <w:p w14:paraId="5CEE94D0" w14:textId="76E72C75" w:rsidR="00601987" w:rsidRPr="00692D5C" w:rsidRDefault="00E4091B" w:rsidP="0026643C">
      <w:pPr>
        <w:jc w:val="both"/>
        <w:rPr>
          <w:rFonts w:ascii="Aptos" w:hAnsi="Aptos" w:cs="Calibri"/>
        </w:rPr>
      </w:pPr>
      <w:r w:rsidRPr="00692D5C">
        <w:rPr>
          <w:rFonts w:ascii="Aptos" w:hAnsi="Aptos" w:cs="Calibri"/>
        </w:rPr>
        <w:t xml:space="preserve">The Archbishop of Canterbury, the Most Reverend Sarah Mullally, joined the </w:t>
      </w:r>
      <w:r w:rsidR="00780890" w:rsidRPr="00692D5C">
        <w:rPr>
          <w:rFonts w:ascii="Aptos" w:hAnsi="Aptos" w:cs="Calibri"/>
        </w:rPr>
        <w:t>primates and presiding bishops and</w:t>
      </w:r>
      <w:r w:rsidR="00B560AA">
        <w:rPr>
          <w:rFonts w:ascii="Aptos" w:hAnsi="Aptos" w:cs="Calibri"/>
        </w:rPr>
        <w:t xml:space="preserve"> the</w:t>
      </w:r>
      <w:r w:rsidR="00780890" w:rsidRPr="00692D5C">
        <w:rPr>
          <w:rFonts w:ascii="Aptos" w:hAnsi="Aptos" w:cs="Calibri"/>
        </w:rPr>
        <w:t xml:space="preserve"> </w:t>
      </w:r>
      <w:r w:rsidRPr="00692D5C">
        <w:rPr>
          <w:rFonts w:ascii="Aptos" w:hAnsi="Aptos" w:cs="Calibri"/>
        </w:rPr>
        <w:t xml:space="preserve">members of the Porvoo Contact Group for the final session. Reflecting on what it means to be the Church in turbulent times, she proposed three marks of Christian witness: being a community that remembers, a community that refuses fear, and a community that makes reconciliation visible. She </w:t>
      </w:r>
      <w:r w:rsidR="00601987" w:rsidRPr="00692D5C">
        <w:rPr>
          <w:rFonts w:ascii="Aptos" w:hAnsi="Aptos" w:cs="Calibri"/>
        </w:rPr>
        <w:t>reminded participants that the Porvoo Communion is more than a pragmatic or institutional arrangement: it is a gift of reconciled diversity, grounded in a shared sacramental life</w:t>
      </w:r>
      <w:r w:rsidR="00CF5AB7" w:rsidRPr="00692D5C">
        <w:rPr>
          <w:rFonts w:ascii="Aptos" w:hAnsi="Aptos" w:cs="Calibri"/>
        </w:rPr>
        <w:t xml:space="preserve">. The </w:t>
      </w:r>
      <w:proofErr w:type="gramStart"/>
      <w:r w:rsidR="00CF5AB7" w:rsidRPr="00692D5C">
        <w:rPr>
          <w:rFonts w:ascii="Aptos" w:hAnsi="Aptos" w:cs="Calibri"/>
        </w:rPr>
        <w:t>Archbishop</w:t>
      </w:r>
      <w:proofErr w:type="gramEnd"/>
      <w:r w:rsidR="00601987" w:rsidRPr="00692D5C">
        <w:rPr>
          <w:rFonts w:ascii="Aptos" w:hAnsi="Aptos" w:cs="Calibri"/>
        </w:rPr>
        <w:t xml:space="preserve"> encouraged participants to reflect on</w:t>
      </w:r>
      <w:r w:rsidR="00893D47" w:rsidRPr="00692D5C">
        <w:rPr>
          <w:rFonts w:ascii="Aptos" w:hAnsi="Aptos" w:cs="Calibri"/>
        </w:rPr>
        <w:t xml:space="preserve"> how this ecumenical </w:t>
      </w:r>
      <w:r w:rsidR="00CF5AB7" w:rsidRPr="00692D5C">
        <w:rPr>
          <w:rFonts w:ascii="Aptos" w:hAnsi="Aptos" w:cs="Calibri"/>
        </w:rPr>
        <w:t>gift</w:t>
      </w:r>
      <w:r w:rsidR="00601987" w:rsidRPr="00692D5C">
        <w:rPr>
          <w:rFonts w:ascii="Aptos" w:hAnsi="Aptos" w:cs="Calibri"/>
        </w:rPr>
        <w:t xml:space="preserve"> enables the Communion to</w:t>
      </w:r>
      <w:r w:rsidR="00893D47" w:rsidRPr="00692D5C">
        <w:rPr>
          <w:rFonts w:ascii="Aptos" w:hAnsi="Aptos" w:cs="Calibri"/>
        </w:rPr>
        <w:t xml:space="preserve"> more fully live out the Gospel in our world today.</w:t>
      </w:r>
    </w:p>
    <w:p w14:paraId="2A37B005" w14:textId="18DD1298" w:rsidR="00A237EF" w:rsidRPr="00692D5C" w:rsidRDefault="00FB582B" w:rsidP="0026643C">
      <w:pPr>
        <w:jc w:val="both"/>
        <w:rPr>
          <w:rFonts w:ascii="Aptos" w:hAnsi="Aptos" w:cs="Calibri"/>
        </w:rPr>
      </w:pPr>
      <w:r w:rsidRPr="00692D5C">
        <w:rPr>
          <w:rFonts w:ascii="Aptos" w:hAnsi="Aptos" w:cs="Calibri"/>
        </w:rPr>
        <w:t xml:space="preserve">The theme provided an opportunity for rich discussion about the role and challenges of the Porvoo Communion in the years ahead. Future major gatherings of the Porvoo Communion will include a thematic consultation in Iceland in 2027, a theological conference in Finland in 2028, and the next </w:t>
      </w:r>
      <w:r w:rsidR="0026643C" w:rsidRPr="00692D5C">
        <w:rPr>
          <w:rFonts w:ascii="Aptos" w:hAnsi="Aptos" w:cs="Calibri"/>
        </w:rPr>
        <w:t>m</w:t>
      </w:r>
      <w:r w:rsidRPr="00692D5C">
        <w:rPr>
          <w:rFonts w:ascii="Aptos" w:hAnsi="Aptos" w:cs="Calibri"/>
        </w:rPr>
        <w:t xml:space="preserve">eeting </w:t>
      </w:r>
      <w:r w:rsidR="0026643C" w:rsidRPr="00692D5C">
        <w:rPr>
          <w:rFonts w:ascii="Aptos" w:hAnsi="Aptos" w:cs="Calibri"/>
        </w:rPr>
        <w:t xml:space="preserve">of primates and presiding bishops </w:t>
      </w:r>
      <w:r w:rsidRPr="00692D5C">
        <w:rPr>
          <w:rFonts w:ascii="Aptos" w:hAnsi="Aptos" w:cs="Calibri"/>
        </w:rPr>
        <w:t>in Estonia in 2029.</w:t>
      </w:r>
    </w:p>
    <w:p w14:paraId="42F95D54" w14:textId="77777777" w:rsidR="00E11FEF" w:rsidRPr="00E11FEF" w:rsidRDefault="00E11FEF" w:rsidP="0026643C">
      <w:pPr>
        <w:jc w:val="both"/>
        <w:rPr>
          <w:rFonts w:ascii="Aptos" w:hAnsi="Aptos" w:cstheme="majorHAnsi"/>
          <w:b/>
          <w:bCs/>
          <w:caps/>
          <w:sz w:val="20"/>
          <w:szCs w:val="20"/>
        </w:rPr>
      </w:pPr>
    </w:p>
    <w:p w14:paraId="17BD0C38" w14:textId="627F269E" w:rsidR="00545A2D" w:rsidRPr="00692D5C" w:rsidRDefault="00545A2D" w:rsidP="0026643C">
      <w:pPr>
        <w:jc w:val="both"/>
        <w:rPr>
          <w:rFonts w:ascii="Aptos" w:hAnsi="Aptos" w:cstheme="majorHAnsi"/>
          <w:b/>
          <w:bCs/>
          <w:caps/>
        </w:rPr>
      </w:pPr>
      <w:r w:rsidRPr="00692D5C">
        <w:rPr>
          <w:rFonts w:ascii="Aptos" w:hAnsi="Aptos" w:cstheme="majorHAnsi"/>
          <w:b/>
          <w:bCs/>
          <w:caps/>
        </w:rPr>
        <w:t>List of participants</w:t>
      </w:r>
    </w:p>
    <w:p w14:paraId="78BDCABA" w14:textId="415DD4BC" w:rsidR="0026643C" w:rsidRPr="00692D5C" w:rsidRDefault="0026643C" w:rsidP="0026643C">
      <w:pPr>
        <w:jc w:val="both"/>
        <w:rPr>
          <w:rFonts w:ascii="Aptos" w:hAnsi="Aptos" w:cstheme="majorHAnsi"/>
          <w:b/>
          <w:bCs/>
        </w:rPr>
      </w:pPr>
      <w:r w:rsidRPr="00692D5C">
        <w:rPr>
          <w:rFonts w:ascii="Aptos" w:hAnsi="Aptos" w:cstheme="majorHAnsi"/>
          <w:b/>
          <w:bCs/>
        </w:rPr>
        <w:t xml:space="preserve">Primates and Presiding Bishops  </w:t>
      </w:r>
    </w:p>
    <w:p w14:paraId="17D48BC3" w14:textId="77777777" w:rsidR="00F60E14" w:rsidRPr="00E11FEF" w:rsidRDefault="00F60E14" w:rsidP="00F60E14">
      <w:pPr>
        <w:jc w:val="both"/>
        <w:rPr>
          <w:rFonts w:ascii="Aptos" w:hAnsi="Aptos" w:cstheme="majorHAnsi"/>
          <w:b/>
          <w:bCs/>
          <w:i/>
          <w:iCs/>
        </w:rPr>
      </w:pPr>
      <w:r w:rsidRPr="00E11FEF">
        <w:rPr>
          <w:rFonts w:ascii="Aptos" w:hAnsi="Aptos" w:cstheme="majorHAnsi"/>
          <w:b/>
          <w:bCs/>
          <w:i/>
          <w:iCs/>
        </w:rPr>
        <w:t>Anglican</w:t>
      </w:r>
    </w:p>
    <w:p w14:paraId="549B39A4" w14:textId="77777777" w:rsidR="00E11FEF" w:rsidRPr="00692D5C" w:rsidRDefault="00E11FEF" w:rsidP="00E11FEF">
      <w:pPr>
        <w:pStyle w:val="Listeafsnit"/>
        <w:jc w:val="both"/>
        <w:rPr>
          <w:rFonts w:ascii="Aptos" w:eastAsia="Times New Roman" w:hAnsi="Aptos" w:cstheme="majorHAnsi"/>
        </w:rPr>
      </w:pPr>
      <w:r w:rsidRPr="00692D5C">
        <w:rPr>
          <w:rFonts w:ascii="Aptos" w:eastAsia="Times New Roman" w:hAnsi="Aptos"/>
          <w:bdr w:val="none" w:sz="0" w:space="0" w:color="auto" w:frame="1"/>
          <w:lang w:eastAsia="da-DK"/>
        </w:rPr>
        <w:t xml:space="preserve">The Rt Revd Dr Jorge Pina Cabral (Lusitanian Church, Portugal; </w:t>
      </w:r>
      <w:proofErr w:type="gramStart"/>
      <w:r w:rsidRPr="00692D5C">
        <w:rPr>
          <w:rFonts w:ascii="Aptos" w:eastAsia="Times New Roman" w:hAnsi="Aptos"/>
          <w:bdr w:val="none" w:sz="0" w:space="0" w:color="auto" w:frame="1"/>
          <w:lang w:eastAsia="da-DK"/>
        </w:rPr>
        <w:t>also</w:t>
      </w:r>
      <w:proofErr w:type="gramEnd"/>
      <w:r w:rsidRPr="00692D5C">
        <w:rPr>
          <w:rFonts w:ascii="Aptos" w:eastAsia="Times New Roman" w:hAnsi="Aptos"/>
          <w:bdr w:val="none" w:sz="0" w:space="0" w:color="auto" w:frame="1"/>
          <w:lang w:eastAsia="da-DK"/>
        </w:rPr>
        <w:t xml:space="preserve"> a PCG member)</w:t>
      </w:r>
    </w:p>
    <w:p w14:paraId="52DCEDAB" w14:textId="2AE3535B" w:rsidR="00F60E14" w:rsidRPr="00692D5C" w:rsidRDefault="00F60E14" w:rsidP="009C7F45">
      <w:pPr>
        <w:pStyle w:val="Listeafsnit"/>
        <w:jc w:val="both"/>
        <w:rPr>
          <w:rFonts w:ascii="Aptos" w:eastAsia="Times New Roman" w:hAnsi="Aptos" w:cstheme="majorHAnsi"/>
        </w:rPr>
      </w:pPr>
      <w:r w:rsidRPr="00692D5C">
        <w:rPr>
          <w:rFonts w:ascii="Aptos" w:eastAsia="Times New Roman" w:hAnsi="Aptos" w:cstheme="majorHAnsi"/>
        </w:rPr>
        <w:t>The Most Rev</w:t>
      </w:r>
      <w:r w:rsidR="00692D5C" w:rsidRPr="00692D5C">
        <w:rPr>
          <w:rFonts w:ascii="Aptos" w:eastAsia="Times New Roman" w:hAnsi="Aptos" w:cstheme="majorHAnsi"/>
        </w:rPr>
        <w:t>d.</w:t>
      </w:r>
      <w:r w:rsidRPr="00692D5C">
        <w:rPr>
          <w:rFonts w:ascii="Aptos" w:eastAsia="Times New Roman" w:hAnsi="Aptos" w:cstheme="majorHAnsi"/>
        </w:rPr>
        <w:t xml:space="preserve"> and Right Honourable Stephen Cottrell SCP (Church of England)</w:t>
      </w:r>
    </w:p>
    <w:p w14:paraId="652CC0C5" w14:textId="04BB0A83" w:rsidR="00F60E14" w:rsidRPr="00692D5C" w:rsidRDefault="00F60E14" w:rsidP="00F60E14">
      <w:pPr>
        <w:pStyle w:val="Listeafsnit"/>
        <w:jc w:val="both"/>
        <w:rPr>
          <w:rFonts w:ascii="Aptos" w:eastAsia="Times New Roman" w:hAnsi="Aptos" w:cstheme="majorHAnsi"/>
        </w:rPr>
      </w:pPr>
      <w:r w:rsidRPr="00692D5C">
        <w:rPr>
          <w:rFonts w:ascii="Aptos" w:eastAsia="Times New Roman" w:hAnsi="Aptos" w:cstheme="majorHAnsi"/>
        </w:rPr>
        <w:t>The Most Revd. Dr Michael Jackson</w:t>
      </w:r>
      <w:r w:rsidR="00692D5C">
        <w:rPr>
          <w:rFonts w:ascii="Aptos" w:eastAsia="Times New Roman" w:hAnsi="Aptos" w:cstheme="majorHAnsi"/>
        </w:rPr>
        <w:t xml:space="preserve"> </w:t>
      </w:r>
      <w:r w:rsidRPr="00692D5C">
        <w:rPr>
          <w:rFonts w:ascii="Aptos" w:eastAsia="Times New Roman" w:hAnsi="Aptos" w:cstheme="majorHAnsi"/>
        </w:rPr>
        <w:t>(Church of Ireland, Porvoo Contact Group Co-chair)</w:t>
      </w:r>
    </w:p>
    <w:p w14:paraId="5CE93E13" w14:textId="30098CF8" w:rsidR="00F60E14" w:rsidRPr="00692D5C" w:rsidRDefault="00F60E14" w:rsidP="00F60E14">
      <w:pPr>
        <w:pStyle w:val="Listeafsnit"/>
        <w:jc w:val="both"/>
        <w:rPr>
          <w:rFonts w:ascii="Aptos" w:eastAsia="Times New Roman" w:hAnsi="Aptos" w:cstheme="majorHAnsi"/>
        </w:rPr>
      </w:pPr>
      <w:r w:rsidRPr="00692D5C">
        <w:rPr>
          <w:rFonts w:ascii="Aptos" w:eastAsia="Times New Roman" w:hAnsi="Aptos"/>
          <w:bdr w:val="none" w:sz="0" w:space="0" w:color="auto" w:frame="1"/>
          <w:lang w:eastAsia="da-DK"/>
        </w:rPr>
        <w:t xml:space="preserve">The Rt Revd Dr Carlos López Lozano (Spanish Episcopal Reformed Church; </w:t>
      </w:r>
      <w:proofErr w:type="gramStart"/>
      <w:r w:rsidRPr="00692D5C">
        <w:rPr>
          <w:rFonts w:ascii="Aptos" w:eastAsia="Times New Roman" w:hAnsi="Aptos"/>
          <w:bdr w:val="none" w:sz="0" w:space="0" w:color="auto" w:frame="1"/>
          <w:lang w:eastAsia="da-DK"/>
        </w:rPr>
        <w:t>also</w:t>
      </w:r>
      <w:proofErr w:type="gramEnd"/>
      <w:r w:rsidRPr="00692D5C">
        <w:rPr>
          <w:rFonts w:ascii="Aptos" w:eastAsia="Times New Roman" w:hAnsi="Aptos"/>
          <w:bdr w:val="none" w:sz="0" w:space="0" w:color="auto" w:frame="1"/>
          <w:lang w:eastAsia="da-DK"/>
        </w:rPr>
        <w:t xml:space="preserve"> a PCG member)</w:t>
      </w:r>
    </w:p>
    <w:p w14:paraId="3F18AE64" w14:textId="5DECC34B" w:rsidR="009C7F45" w:rsidRPr="00692D5C" w:rsidRDefault="009C7F45" w:rsidP="009C7F45">
      <w:pPr>
        <w:pStyle w:val="Listeafsnit"/>
        <w:jc w:val="both"/>
        <w:rPr>
          <w:rFonts w:ascii="Aptos" w:eastAsia="Times New Roman" w:hAnsi="Aptos" w:cstheme="majorHAnsi"/>
        </w:rPr>
      </w:pPr>
      <w:r w:rsidRPr="00692D5C">
        <w:rPr>
          <w:rFonts w:ascii="Aptos" w:eastAsia="Times New Roman" w:hAnsi="Aptos" w:cstheme="majorHAnsi"/>
        </w:rPr>
        <w:lastRenderedPageBreak/>
        <w:t>The Most Revd</w:t>
      </w:r>
      <w:r w:rsidR="00692D5C" w:rsidRPr="00692D5C">
        <w:rPr>
          <w:rFonts w:ascii="Aptos" w:eastAsia="Times New Roman" w:hAnsi="Aptos" w:cstheme="majorHAnsi"/>
        </w:rPr>
        <w:t>.</w:t>
      </w:r>
      <w:r w:rsidRPr="00692D5C">
        <w:rPr>
          <w:rFonts w:ascii="Aptos" w:eastAsia="Times New Roman" w:hAnsi="Aptos" w:cstheme="majorHAnsi"/>
        </w:rPr>
        <w:t xml:space="preserve"> and Right Honourable Dame Sarah Mullally DBE PC (</w:t>
      </w:r>
      <w:r w:rsidR="00692D5C">
        <w:rPr>
          <w:rFonts w:ascii="Aptos" w:eastAsia="Times New Roman" w:hAnsi="Aptos" w:cstheme="majorHAnsi"/>
        </w:rPr>
        <w:t>Church of England</w:t>
      </w:r>
      <w:r w:rsidRPr="00692D5C">
        <w:rPr>
          <w:rFonts w:ascii="Aptos" w:eastAsia="Times New Roman" w:hAnsi="Aptos" w:cstheme="majorHAnsi"/>
        </w:rPr>
        <w:t>)</w:t>
      </w:r>
    </w:p>
    <w:p w14:paraId="4F4833F6" w14:textId="3FA83E4E" w:rsidR="009C7F45" w:rsidRPr="00692D5C" w:rsidRDefault="009C7F45" w:rsidP="009C7F45">
      <w:pPr>
        <w:pStyle w:val="Listeafsnit"/>
        <w:jc w:val="both"/>
        <w:rPr>
          <w:rFonts w:ascii="Aptos" w:eastAsia="Times New Roman" w:hAnsi="Aptos" w:cstheme="majorHAnsi"/>
        </w:rPr>
      </w:pPr>
      <w:r w:rsidRPr="00692D5C">
        <w:rPr>
          <w:rFonts w:ascii="Aptos" w:eastAsia="Times New Roman" w:hAnsi="Aptos" w:cstheme="majorHAnsi"/>
        </w:rPr>
        <w:t>The Most Revd. Mark Strange (</w:t>
      </w:r>
      <w:r w:rsidR="00692D5C">
        <w:rPr>
          <w:rFonts w:ascii="Aptos" w:eastAsia="Times New Roman" w:hAnsi="Aptos" w:cstheme="majorHAnsi"/>
        </w:rPr>
        <w:t>Scottish Episcopal Church</w:t>
      </w:r>
      <w:r w:rsidRPr="00692D5C">
        <w:rPr>
          <w:rFonts w:ascii="Aptos" w:eastAsia="Times New Roman" w:hAnsi="Aptos" w:cstheme="majorHAnsi"/>
        </w:rPr>
        <w:t>)</w:t>
      </w:r>
    </w:p>
    <w:p w14:paraId="65949B79" w14:textId="33AB0C2C" w:rsidR="00F60E14" w:rsidRPr="00692D5C" w:rsidRDefault="009C7F45" w:rsidP="00F60E14">
      <w:pPr>
        <w:pStyle w:val="Listeafsnit"/>
        <w:jc w:val="both"/>
        <w:rPr>
          <w:rFonts w:ascii="Aptos" w:eastAsia="Times New Roman" w:hAnsi="Aptos" w:cstheme="majorHAnsi"/>
        </w:rPr>
      </w:pPr>
      <w:r w:rsidRPr="00692D5C">
        <w:rPr>
          <w:rFonts w:ascii="Aptos" w:eastAsia="Times New Roman" w:hAnsi="Aptos" w:cstheme="majorHAnsi"/>
        </w:rPr>
        <w:t>The Most Revd. Cherry Vann (Church in Wales)</w:t>
      </w:r>
    </w:p>
    <w:p w14:paraId="153BC26F" w14:textId="77777777" w:rsidR="00F60E14" w:rsidRPr="00E11FEF" w:rsidRDefault="00F60E14" w:rsidP="00F60E14">
      <w:pPr>
        <w:jc w:val="both"/>
        <w:rPr>
          <w:rFonts w:ascii="Aptos" w:hAnsi="Aptos" w:cstheme="majorHAnsi"/>
          <w:b/>
          <w:bCs/>
          <w:i/>
          <w:iCs/>
        </w:rPr>
      </w:pPr>
      <w:r w:rsidRPr="00E11FEF">
        <w:rPr>
          <w:rFonts w:ascii="Aptos" w:hAnsi="Aptos" w:cstheme="majorHAnsi"/>
          <w:b/>
          <w:bCs/>
          <w:i/>
          <w:iCs/>
        </w:rPr>
        <w:t>Lutheran</w:t>
      </w:r>
    </w:p>
    <w:p w14:paraId="309EE8E7" w14:textId="0B65AAEF" w:rsidR="00F60E14" w:rsidRPr="00692D5C" w:rsidRDefault="009C7F45" w:rsidP="00692D5C">
      <w:pPr>
        <w:spacing w:after="0"/>
        <w:ind w:firstLine="720"/>
        <w:jc w:val="both"/>
        <w:textAlignment w:val="baseline"/>
        <w:rPr>
          <w:rFonts w:ascii="Aptos" w:eastAsia="Times New Roman" w:hAnsi="Aptos"/>
          <w:bdr w:val="none" w:sz="0" w:space="0" w:color="auto" w:frame="1"/>
          <w:lang w:eastAsia="da-DK"/>
        </w:rPr>
      </w:pPr>
      <w:r w:rsidRPr="00692D5C">
        <w:rPr>
          <w:rFonts w:ascii="Aptos" w:eastAsia="Times New Roman" w:hAnsi="Aptos" w:cstheme="majorHAnsi"/>
          <w:color w:val="000000"/>
          <w:lang w:eastAsia="da-DK"/>
        </w:rPr>
        <w:t xml:space="preserve">The Rt. Revd. </w:t>
      </w:r>
      <w:r w:rsidR="00F60E14" w:rsidRPr="00692D5C">
        <w:rPr>
          <w:rFonts w:ascii="Aptos" w:eastAsia="Times New Roman" w:hAnsi="Aptos" w:cstheme="majorHAnsi"/>
          <w:color w:val="000000"/>
          <w:lang w:eastAsia="da-DK"/>
        </w:rPr>
        <w:t xml:space="preserve">Jógvan </w:t>
      </w:r>
      <w:proofErr w:type="spellStart"/>
      <w:r w:rsidR="00F60E14" w:rsidRPr="00692D5C">
        <w:rPr>
          <w:rFonts w:ascii="Aptos" w:eastAsia="Times New Roman" w:hAnsi="Aptos" w:cstheme="majorHAnsi"/>
          <w:color w:val="000000"/>
          <w:lang w:eastAsia="da-DK"/>
        </w:rPr>
        <w:t>Fríðriksson</w:t>
      </w:r>
      <w:proofErr w:type="spellEnd"/>
      <w:r w:rsidRPr="00692D5C">
        <w:rPr>
          <w:rFonts w:ascii="Aptos" w:eastAsia="Times New Roman" w:hAnsi="Aptos" w:cstheme="majorHAnsi"/>
          <w:color w:val="000000"/>
          <w:lang w:eastAsia="da-DK"/>
        </w:rPr>
        <w:t xml:space="preserve"> (</w:t>
      </w:r>
      <w:r w:rsidRPr="00692D5C">
        <w:rPr>
          <w:rFonts w:ascii="Aptos" w:eastAsia="Times New Roman" w:hAnsi="Aptos" w:cs="Calibri"/>
          <w:color w:val="000000"/>
          <w:lang w:eastAsia="cy-GB"/>
        </w:rPr>
        <w:t>Evangelical Lutheran Church of the Faroe Islands</w:t>
      </w:r>
      <w:r w:rsidR="00692D5C">
        <w:rPr>
          <w:rFonts w:ascii="Aptos" w:eastAsia="Times New Roman" w:hAnsi="Aptos" w:cs="Calibri"/>
          <w:color w:val="000000"/>
          <w:lang w:eastAsia="cy-GB"/>
        </w:rPr>
        <w:t>)</w:t>
      </w:r>
    </w:p>
    <w:p w14:paraId="5B59B1D2" w14:textId="090ADC93" w:rsidR="00F60E14" w:rsidRPr="00692D5C" w:rsidRDefault="009C7F45" w:rsidP="00692D5C">
      <w:pPr>
        <w:pStyle w:val="Listeafsnit"/>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Most Revd. Dr </w:t>
      </w:r>
      <w:r w:rsidR="00F60E14" w:rsidRPr="00692D5C">
        <w:rPr>
          <w:rFonts w:ascii="Aptos" w:eastAsia="Times New Roman" w:hAnsi="Aptos" w:cstheme="majorHAnsi"/>
          <w:color w:val="000000"/>
          <w:lang w:eastAsia="da-DK"/>
        </w:rPr>
        <w:t>Olav Fykse Tveit</w:t>
      </w:r>
      <w:r w:rsidRPr="00692D5C">
        <w:rPr>
          <w:rFonts w:ascii="Aptos" w:eastAsia="Times New Roman" w:hAnsi="Aptos" w:cstheme="majorHAnsi"/>
          <w:color w:val="000000"/>
          <w:lang w:eastAsia="da-DK"/>
        </w:rPr>
        <w:t xml:space="preserve"> (Church of Norway)</w:t>
      </w:r>
    </w:p>
    <w:p w14:paraId="5730FB96" w14:textId="77777777" w:rsidR="00692D5C" w:rsidRDefault="009C7F45" w:rsidP="00692D5C">
      <w:pPr>
        <w:pStyle w:val="Listeafsnit"/>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Rt. Revd. </w:t>
      </w:r>
      <w:r w:rsidR="00F60E14" w:rsidRPr="00692D5C">
        <w:rPr>
          <w:rFonts w:ascii="Aptos" w:eastAsia="Times New Roman" w:hAnsi="Aptos" w:cstheme="majorHAnsi"/>
          <w:color w:val="000000"/>
          <w:lang w:eastAsia="da-DK"/>
        </w:rPr>
        <w:t>Paulina Hławiczka-Trotman</w:t>
      </w:r>
      <w:r w:rsidRPr="00692D5C">
        <w:rPr>
          <w:rFonts w:ascii="Aptos" w:eastAsia="Times New Roman" w:hAnsi="Aptos" w:cstheme="majorHAnsi"/>
          <w:color w:val="000000"/>
          <w:lang w:eastAsia="da-DK"/>
        </w:rPr>
        <w:t xml:space="preserve"> (</w:t>
      </w:r>
      <w:r w:rsidR="00F60E14" w:rsidRPr="00692D5C">
        <w:rPr>
          <w:rFonts w:ascii="Aptos" w:eastAsia="Times New Roman" w:hAnsi="Aptos" w:cstheme="majorHAnsi"/>
          <w:color w:val="000000"/>
          <w:lang w:eastAsia="da-DK"/>
        </w:rPr>
        <w:t>Lutheran Church in Great Britain</w:t>
      </w:r>
      <w:r w:rsidR="00692D5C">
        <w:rPr>
          <w:rFonts w:ascii="Aptos" w:eastAsia="Times New Roman" w:hAnsi="Aptos" w:cstheme="majorHAnsi"/>
          <w:color w:val="000000"/>
          <w:lang w:eastAsia="da-DK"/>
        </w:rPr>
        <w:t>)</w:t>
      </w:r>
      <w:r w:rsidRPr="00692D5C">
        <w:rPr>
          <w:rFonts w:ascii="Aptos" w:eastAsia="Times New Roman" w:hAnsi="Aptos" w:cstheme="majorHAnsi"/>
          <w:color w:val="000000"/>
          <w:lang w:eastAsia="da-DK"/>
        </w:rPr>
        <w:t xml:space="preserve"> </w:t>
      </w:r>
    </w:p>
    <w:p w14:paraId="0E736689" w14:textId="0D308D13" w:rsidR="00F60E14" w:rsidRPr="00692D5C" w:rsidRDefault="00780890" w:rsidP="00692D5C">
      <w:pPr>
        <w:pStyle w:val="Listeafsnit"/>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w:t>
      </w:r>
      <w:r w:rsidR="009C7F45" w:rsidRPr="00692D5C">
        <w:rPr>
          <w:rFonts w:ascii="Aptos" w:eastAsia="Times New Roman" w:hAnsi="Aptos" w:cstheme="majorHAnsi"/>
          <w:color w:val="000000"/>
          <w:lang w:eastAsia="da-DK"/>
        </w:rPr>
        <w:t xml:space="preserve">Most Revd. Dr </w:t>
      </w:r>
      <w:r w:rsidR="00F60E14" w:rsidRPr="00692D5C">
        <w:rPr>
          <w:rFonts w:ascii="Aptos" w:eastAsia="Times New Roman" w:hAnsi="Aptos" w:cstheme="majorHAnsi"/>
          <w:color w:val="000000"/>
          <w:lang w:eastAsia="da-DK"/>
        </w:rPr>
        <w:t>Guðrún Karls Helgudóttir</w:t>
      </w:r>
      <w:r w:rsidR="009C7F45" w:rsidRPr="00692D5C">
        <w:rPr>
          <w:rFonts w:ascii="Aptos" w:eastAsia="Times New Roman" w:hAnsi="Aptos" w:cstheme="majorHAnsi"/>
          <w:color w:val="000000"/>
          <w:lang w:eastAsia="da-DK"/>
        </w:rPr>
        <w:t xml:space="preserve"> </w:t>
      </w:r>
      <w:r w:rsidR="009C7F45" w:rsidRPr="00692D5C">
        <w:rPr>
          <w:rFonts w:ascii="Aptos" w:eastAsia="Times New Roman" w:hAnsi="Aptos"/>
          <w:bdr w:val="none" w:sz="0" w:space="0" w:color="auto" w:frame="1"/>
          <w:lang w:eastAsia="da-DK"/>
        </w:rPr>
        <w:t>(Evangelical Lutheran Church of Iceland)</w:t>
      </w:r>
    </w:p>
    <w:p w14:paraId="7C3144AC" w14:textId="3BB7BBE6" w:rsidR="00F60E14" w:rsidRPr="00692D5C" w:rsidRDefault="00780890" w:rsidP="00692D5C">
      <w:pPr>
        <w:pStyle w:val="Listeafsnit"/>
        <w:spacing w:after="0"/>
        <w:jc w:val="both"/>
        <w:rPr>
          <w:rFonts w:ascii="Aptos" w:eastAsia="Times New Roman" w:hAnsi="Aptos" w:cstheme="majorHAnsi"/>
        </w:rPr>
      </w:pPr>
      <w:r w:rsidRPr="00692D5C">
        <w:rPr>
          <w:rFonts w:ascii="Aptos" w:eastAsia="Times New Roman" w:hAnsi="Aptos" w:cstheme="majorHAnsi"/>
          <w:color w:val="000000"/>
          <w:lang w:eastAsia="da-DK"/>
        </w:rPr>
        <w:t xml:space="preserve">The Most Revd. Dr </w:t>
      </w:r>
      <w:r w:rsidR="00F60E14" w:rsidRPr="00692D5C">
        <w:rPr>
          <w:rFonts w:ascii="Aptos" w:eastAsia="Times New Roman" w:hAnsi="Aptos" w:cstheme="majorHAnsi"/>
          <w:color w:val="000000"/>
          <w:lang w:eastAsia="da-DK"/>
        </w:rPr>
        <w:t>Tapio Luoma</w:t>
      </w:r>
      <w:r w:rsidRPr="00692D5C">
        <w:rPr>
          <w:rFonts w:ascii="Aptos" w:eastAsia="Times New Roman" w:hAnsi="Aptos" w:cstheme="majorHAnsi"/>
          <w:color w:val="000000"/>
          <w:lang w:eastAsia="da-DK"/>
        </w:rPr>
        <w:t xml:space="preserve"> </w:t>
      </w:r>
      <w:r w:rsidRPr="00692D5C">
        <w:rPr>
          <w:rFonts w:ascii="Aptos" w:hAnsi="Aptos"/>
        </w:rPr>
        <w:t>(Evangelical Lutheran Church of Finland</w:t>
      </w:r>
      <w:r w:rsidR="00692D5C">
        <w:rPr>
          <w:rFonts w:ascii="Aptos" w:hAnsi="Aptos"/>
        </w:rPr>
        <w:t>)</w:t>
      </w:r>
    </w:p>
    <w:p w14:paraId="09246F73" w14:textId="6F91431F" w:rsidR="00F60E14" w:rsidRPr="00692D5C" w:rsidRDefault="00780890" w:rsidP="00692D5C">
      <w:pPr>
        <w:pStyle w:val="Listeafsnit"/>
        <w:spacing w:after="0"/>
        <w:jc w:val="both"/>
        <w:rPr>
          <w:rFonts w:ascii="Aptos" w:eastAsia="Times New Roman" w:hAnsi="Aptos" w:cstheme="majorHAnsi"/>
        </w:rPr>
      </w:pPr>
      <w:r w:rsidRPr="00692D5C">
        <w:rPr>
          <w:rFonts w:ascii="Aptos" w:eastAsia="Times New Roman" w:hAnsi="Aptos" w:cstheme="majorHAnsi"/>
          <w:color w:val="000000"/>
          <w:lang w:eastAsia="da-DK"/>
        </w:rPr>
        <w:t xml:space="preserve">The Most Revd. Dr </w:t>
      </w:r>
      <w:r w:rsidR="00F60E14" w:rsidRPr="00692D5C">
        <w:rPr>
          <w:rFonts w:ascii="Aptos" w:eastAsia="Times New Roman" w:hAnsi="Aptos" w:cstheme="majorHAnsi"/>
          <w:color w:val="000000"/>
          <w:lang w:eastAsia="da-DK"/>
        </w:rPr>
        <w:t>Martin Modéus</w:t>
      </w:r>
      <w:r w:rsidR="00692D5C">
        <w:rPr>
          <w:rFonts w:ascii="Aptos" w:eastAsia="Times New Roman" w:hAnsi="Aptos" w:cstheme="majorHAnsi"/>
          <w:color w:val="000000"/>
          <w:lang w:eastAsia="da-DK"/>
        </w:rPr>
        <w:t xml:space="preserve"> (Church of Sweden)</w:t>
      </w:r>
    </w:p>
    <w:p w14:paraId="78EA103D" w14:textId="43F0E3F3" w:rsidR="00780890" w:rsidRPr="00692D5C" w:rsidRDefault="00780890" w:rsidP="00692D5C">
      <w:pPr>
        <w:pStyle w:val="Listeafsnit"/>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Most Revd. </w:t>
      </w:r>
      <w:r w:rsidR="00F60E14" w:rsidRPr="00692D5C">
        <w:rPr>
          <w:rFonts w:ascii="Aptos" w:eastAsia="Times New Roman" w:hAnsi="Aptos" w:cstheme="majorHAnsi"/>
          <w:color w:val="000000"/>
          <w:lang w:eastAsia="da-DK"/>
        </w:rPr>
        <w:t>Peter Skov-Jakobsen</w:t>
      </w:r>
      <w:r w:rsidR="00692D5C">
        <w:rPr>
          <w:rFonts w:ascii="Aptos" w:eastAsia="Times New Roman" w:hAnsi="Aptos" w:cstheme="majorHAnsi"/>
          <w:color w:val="000000"/>
          <w:lang w:eastAsia="da-DK"/>
        </w:rPr>
        <w:t xml:space="preserve"> </w:t>
      </w:r>
      <w:r w:rsidR="00692D5C" w:rsidRPr="00692D5C">
        <w:rPr>
          <w:rFonts w:ascii="Aptos" w:hAnsi="Aptos"/>
        </w:rPr>
        <w:t>(Evangelical-Lutheran Church in Denmark</w:t>
      </w:r>
      <w:r w:rsidR="00692D5C">
        <w:rPr>
          <w:rFonts w:ascii="Aptos" w:hAnsi="Aptos"/>
        </w:rPr>
        <w:t>)</w:t>
      </w:r>
    </w:p>
    <w:p w14:paraId="0469552A" w14:textId="20593D67" w:rsidR="00780890" w:rsidRPr="00692D5C" w:rsidRDefault="00780890" w:rsidP="00692D5C">
      <w:pPr>
        <w:pStyle w:val="Listeafsnit"/>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Most Revd. </w:t>
      </w:r>
      <w:r w:rsidR="00F60E14" w:rsidRPr="00692D5C">
        <w:rPr>
          <w:rFonts w:ascii="Aptos" w:eastAsia="Times New Roman" w:hAnsi="Aptos" w:cstheme="majorHAnsi"/>
          <w:color w:val="000000"/>
          <w:lang w:eastAsia="da-DK"/>
        </w:rPr>
        <w:t xml:space="preserve">Urmas Viilma, </w:t>
      </w:r>
      <w:r w:rsidRPr="00692D5C">
        <w:rPr>
          <w:rFonts w:ascii="Aptos" w:eastAsia="Times New Roman" w:hAnsi="Aptos"/>
          <w:bdr w:val="none" w:sz="0" w:space="0" w:color="auto" w:frame="1"/>
          <w:lang w:eastAsia="da-DK"/>
        </w:rPr>
        <w:t xml:space="preserve">(Estonian Evangelical Lutheran Church)  </w:t>
      </w:r>
    </w:p>
    <w:p w14:paraId="244B0819" w14:textId="57F4E0A2" w:rsidR="00F60E14" w:rsidRPr="00692D5C" w:rsidRDefault="00F60E14" w:rsidP="00F60E14">
      <w:pPr>
        <w:pStyle w:val="Listeafsnit"/>
        <w:jc w:val="both"/>
        <w:rPr>
          <w:rFonts w:ascii="Aptos" w:eastAsia="Times New Roman" w:hAnsi="Aptos" w:cstheme="majorHAnsi"/>
        </w:rPr>
      </w:pPr>
    </w:p>
    <w:p w14:paraId="45C02D19" w14:textId="7357D6F5" w:rsidR="00F60E14" w:rsidRPr="00692D5C" w:rsidRDefault="00F60E14" w:rsidP="0026643C">
      <w:pPr>
        <w:jc w:val="both"/>
        <w:rPr>
          <w:rFonts w:ascii="Aptos" w:hAnsi="Aptos" w:cstheme="majorHAnsi"/>
          <w:b/>
          <w:bCs/>
        </w:rPr>
      </w:pPr>
      <w:r w:rsidRPr="00692D5C">
        <w:rPr>
          <w:rFonts w:ascii="Aptos" w:hAnsi="Aptos" w:cstheme="majorHAnsi"/>
          <w:b/>
          <w:bCs/>
        </w:rPr>
        <w:t xml:space="preserve">Members of the Porvoo Contact Group </w:t>
      </w:r>
    </w:p>
    <w:p w14:paraId="0FF2DDF7" w14:textId="4C9CE370" w:rsidR="00692D5C" w:rsidRPr="00E11FEF" w:rsidRDefault="00692D5C" w:rsidP="00E11FEF">
      <w:pPr>
        <w:jc w:val="both"/>
        <w:rPr>
          <w:rFonts w:ascii="Aptos" w:hAnsi="Aptos"/>
          <w:b/>
          <w:bCs/>
          <w:i/>
          <w:iCs/>
        </w:rPr>
      </w:pPr>
      <w:r w:rsidRPr="00E11FEF">
        <w:rPr>
          <w:rFonts w:ascii="Aptos" w:hAnsi="Aptos"/>
          <w:b/>
          <w:bCs/>
          <w:i/>
          <w:iCs/>
        </w:rPr>
        <w:t xml:space="preserve">Anglican </w:t>
      </w:r>
    </w:p>
    <w:p w14:paraId="04FDE2F5"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Rt Revd Dr Jorge Pina Cabral (Lusitanian Church, Portugal)</w:t>
      </w:r>
    </w:p>
    <w:p w14:paraId="2D26201B"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Canon Stephen Fielding (Church of Ireland) </w:t>
      </w:r>
    </w:p>
    <w:p w14:paraId="23C1C242"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Dr Matthias Grebe (Church of England)</w:t>
      </w:r>
    </w:p>
    <w:p w14:paraId="59A4048F" w14:textId="77777777" w:rsidR="00692D5C" w:rsidRPr="00692D5C" w:rsidRDefault="00692D5C" w:rsidP="00692D5C">
      <w:pPr>
        <w:spacing w:after="0"/>
        <w:ind w:left="720"/>
        <w:jc w:val="both"/>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Canon Dr Ainsley Griffiths (Church in Wales; Anglican Co-Secretary)</w:t>
      </w:r>
    </w:p>
    <w:p w14:paraId="6F1D7BA5" w14:textId="35CCE17A" w:rsidR="00F60E14" w:rsidRPr="00692D5C" w:rsidRDefault="00F60E14" w:rsidP="00692D5C">
      <w:pPr>
        <w:spacing w:after="0"/>
        <w:ind w:left="720"/>
        <w:jc w:val="both"/>
        <w:rPr>
          <w:rFonts w:ascii="Aptos" w:hAnsi="Aptos"/>
        </w:rPr>
      </w:pPr>
      <w:r w:rsidRPr="00692D5C">
        <w:rPr>
          <w:rFonts w:ascii="Aptos" w:hAnsi="Aptos"/>
        </w:rPr>
        <w:t>The Most Revd Dr Michael Jackson (Church of Ireland; Anglican Co-Chair)</w:t>
      </w:r>
    </w:p>
    <w:p w14:paraId="5AE4E240"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Rt Revd Dr Carlos López Lozano (Spanish Episcopal Reformed Church)</w:t>
      </w:r>
    </w:p>
    <w:p w14:paraId="3A1F9383" w14:textId="77777777" w:rsid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Venerable Dr Leslie Nathaniel (Church of England - Diocese in Europe)</w:t>
      </w:r>
    </w:p>
    <w:p w14:paraId="2AFAB27F"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Ms Miriam Weibye (Scottish Episcopal Church) </w:t>
      </w:r>
    </w:p>
    <w:p w14:paraId="316FD993" w14:textId="77777777" w:rsidR="00692D5C" w:rsidRPr="00E11FEF" w:rsidRDefault="00692D5C" w:rsidP="00692D5C">
      <w:pPr>
        <w:jc w:val="both"/>
        <w:textAlignment w:val="baseline"/>
        <w:rPr>
          <w:rFonts w:ascii="Aptos" w:eastAsia="Times New Roman" w:hAnsi="Aptos"/>
          <w:sz w:val="4"/>
          <w:szCs w:val="4"/>
          <w:bdr w:val="none" w:sz="0" w:space="0" w:color="auto" w:frame="1"/>
          <w:lang w:eastAsia="da-DK"/>
        </w:rPr>
      </w:pPr>
    </w:p>
    <w:p w14:paraId="147E42FD" w14:textId="77777777" w:rsidR="00692D5C" w:rsidRPr="00E11FEF" w:rsidRDefault="00692D5C" w:rsidP="00E11FEF">
      <w:pPr>
        <w:jc w:val="both"/>
        <w:textAlignment w:val="baseline"/>
        <w:rPr>
          <w:rFonts w:ascii="Aptos" w:eastAsia="Times New Roman" w:hAnsi="Aptos"/>
          <w:b/>
          <w:bCs/>
          <w:i/>
          <w:iCs/>
          <w:bdr w:val="none" w:sz="0" w:space="0" w:color="auto" w:frame="1"/>
          <w:lang w:eastAsia="da-DK"/>
        </w:rPr>
      </w:pPr>
      <w:r w:rsidRPr="00E11FEF">
        <w:rPr>
          <w:rFonts w:ascii="Aptos" w:eastAsia="Times New Roman" w:hAnsi="Aptos"/>
          <w:b/>
          <w:bCs/>
          <w:i/>
          <w:iCs/>
          <w:bdr w:val="none" w:sz="0" w:space="0" w:color="auto" w:frame="1"/>
          <w:lang w:eastAsia="da-DK"/>
        </w:rPr>
        <w:t xml:space="preserve">Lutheran </w:t>
      </w:r>
    </w:p>
    <w:p w14:paraId="007F26C7" w14:textId="5F9C914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Dr Andris </w:t>
      </w:r>
      <w:proofErr w:type="spellStart"/>
      <w:r w:rsidRPr="00692D5C">
        <w:rPr>
          <w:rFonts w:ascii="Aptos" w:eastAsia="Times New Roman" w:hAnsi="Aptos"/>
          <w:bdr w:val="none" w:sz="0" w:space="0" w:color="auto" w:frame="1"/>
          <w:lang w:eastAsia="da-DK"/>
        </w:rPr>
        <w:t>Ababuks</w:t>
      </w:r>
      <w:proofErr w:type="spellEnd"/>
      <w:r w:rsidRPr="00692D5C">
        <w:rPr>
          <w:rFonts w:ascii="Aptos" w:eastAsia="Times New Roman" w:hAnsi="Aptos"/>
          <w:bdr w:val="none" w:sz="0" w:space="0" w:color="auto" w:frame="1"/>
          <w:lang w:eastAsia="da-DK"/>
        </w:rPr>
        <w:t xml:space="preserve"> (Latvian Evangelical Lutheran Church Worldwide)</w:t>
      </w:r>
    </w:p>
    <w:p w14:paraId="28FF3F3D"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Bjarni </w:t>
      </w:r>
      <w:proofErr w:type="spellStart"/>
      <w:r w:rsidRPr="00692D5C">
        <w:rPr>
          <w:rFonts w:ascii="Aptos" w:eastAsia="Times New Roman" w:hAnsi="Aptos"/>
          <w:bdr w:val="none" w:sz="0" w:space="0" w:color="auto" w:frame="1"/>
          <w:lang w:eastAsia="da-DK"/>
        </w:rPr>
        <w:t>Þor</w:t>
      </w:r>
      <w:proofErr w:type="spellEnd"/>
      <w:r w:rsidRPr="00692D5C">
        <w:rPr>
          <w:rFonts w:ascii="Aptos" w:eastAsia="Times New Roman" w:hAnsi="Aptos"/>
          <w:bdr w:val="none" w:sz="0" w:space="0" w:color="auto" w:frame="1"/>
          <w:lang w:eastAsia="da-DK"/>
        </w:rPr>
        <w:t xml:space="preserve"> Bjarnason (Evangelical Lutheran Church of Iceland)</w:t>
      </w:r>
    </w:p>
    <w:p w14:paraId="6329E1AC"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Dean Ovi Brim </w:t>
      </w:r>
      <w:r w:rsidRPr="00692D5C">
        <w:rPr>
          <w:rFonts w:ascii="Aptos" w:eastAsia="Times New Roman" w:hAnsi="Aptos" w:cs="Calibri"/>
          <w:color w:val="000000"/>
          <w:lang w:eastAsia="cy-GB"/>
        </w:rPr>
        <w:t>(Evangelical Lutheran Church of the Faroe Islands)</w:t>
      </w:r>
    </w:p>
    <w:p w14:paraId="5E062B13"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Dr Magnus Evertsson (Church of Sweden)</w:t>
      </w:r>
    </w:p>
    <w:p w14:paraId="2DAF6094"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Ms Beate Fagerli (Church of Norway)</w:t>
      </w:r>
    </w:p>
    <w:p w14:paraId="07164C76"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Dr Tomi Karttunen (Evangelical Lutheran Church of Finland) </w:t>
      </w:r>
    </w:p>
    <w:p w14:paraId="33BD18D1" w14:textId="77777777" w:rsidR="00692D5C" w:rsidRPr="00692D5C" w:rsidRDefault="00692D5C" w:rsidP="00E11FEF">
      <w:pPr>
        <w:spacing w:after="0"/>
        <w:ind w:left="720"/>
        <w:jc w:val="both"/>
        <w:rPr>
          <w:rFonts w:ascii="Aptos" w:hAnsi="Aptos"/>
        </w:rPr>
      </w:pPr>
      <w:r w:rsidRPr="00692D5C">
        <w:rPr>
          <w:rFonts w:ascii="Aptos" w:hAnsi="Aptos"/>
        </w:rPr>
        <w:t>The Rt Revd Dr Matti Repo (Evangelical Lutheran Church of Finland; Lutheran Co-Chair)</w:t>
      </w:r>
    </w:p>
    <w:p w14:paraId="6A6993C3" w14:textId="77777777" w:rsidR="00692D5C" w:rsidRPr="00692D5C" w:rsidRDefault="00692D5C" w:rsidP="00E11FEF">
      <w:pPr>
        <w:spacing w:after="0"/>
        <w:ind w:left="720"/>
        <w:jc w:val="both"/>
        <w:rPr>
          <w:rFonts w:ascii="Aptos" w:hAnsi="Aptos"/>
        </w:rPr>
      </w:pPr>
      <w:r w:rsidRPr="00692D5C">
        <w:rPr>
          <w:rFonts w:ascii="Aptos" w:hAnsi="Aptos"/>
        </w:rPr>
        <w:t>The Revd Dr Thorsten Rørbæk (Evangelical-Lutheran Church in Denmark; Lutheran Co-Secretary)</w:t>
      </w:r>
    </w:p>
    <w:p w14:paraId="261F0262"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color w:val="000000"/>
          <w:lang w:eastAsia="da-DK"/>
        </w:rPr>
        <w:t xml:space="preserve">The Revd Meelis </w:t>
      </w:r>
      <w:proofErr w:type="spellStart"/>
      <w:r w:rsidRPr="00692D5C">
        <w:rPr>
          <w:rFonts w:ascii="Aptos" w:eastAsia="Times New Roman" w:hAnsi="Aptos"/>
          <w:color w:val="000000"/>
          <w:lang w:eastAsia="da-DK"/>
        </w:rPr>
        <w:t>Süld</w:t>
      </w:r>
      <w:proofErr w:type="spellEnd"/>
      <w:r w:rsidRPr="00692D5C">
        <w:rPr>
          <w:rFonts w:ascii="Aptos" w:eastAsia="Times New Roman" w:hAnsi="Aptos"/>
          <w:color w:val="000000"/>
          <w:lang w:eastAsia="da-DK"/>
        </w:rPr>
        <w:t xml:space="preserve"> (</w:t>
      </w:r>
      <w:r w:rsidRPr="00692D5C">
        <w:rPr>
          <w:rFonts w:ascii="Aptos" w:hAnsi="Aptos"/>
        </w:rPr>
        <w:t>Lutheran Church in Great Britain)</w:t>
      </w:r>
    </w:p>
    <w:p w14:paraId="4F75ECAD" w14:textId="7A0596C4" w:rsidR="00E11FEF"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Tauno Teder (Estonian Evangelical Lutheran Church)  </w:t>
      </w:r>
      <w:bookmarkStart w:id="0" w:name="_Hlk116552689"/>
      <w:bookmarkEnd w:id="0"/>
    </w:p>
    <w:p w14:paraId="11D89678" w14:textId="6BC3BC36" w:rsidR="00E11FEF" w:rsidRPr="00E11FEF" w:rsidRDefault="00E11FEF" w:rsidP="00E11FEF">
      <w:pPr>
        <w:spacing w:after="0"/>
        <w:jc w:val="both"/>
        <w:textAlignment w:val="baseline"/>
        <w:rPr>
          <w:rFonts w:ascii="Aptos" w:eastAsia="Times New Roman" w:hAnsi="Aptos"/>
          <w:bdr w:val="none" w:sz="0" w:space="0" w:color="auto" w:frame="1"/>
          <w:lang w:val="cy-GB" w:eastAsia="da-DK"/>
        </w:rPr>
      </w:pPr>
      <w:r w:rsidRPr="00E11FEF">
        <w:rPr>
          <w:rFonts w:ascii="Aptos" w:eastAsia="Times New Roman" w:hAnsi="Aptos"/>
          <w:noProof/>
          <w:bdr w:val="none" w:sz="0" w:space="0" w:color="auto" w:frame="1"/>
          <w:lang w:val="cy-GB" w:eastAsia="da-DK"/>
        </w:rPr>
        <w:lastRenderedPageBreak/>
        <w:drawing>
          <wp:inline distT="0" distB="0" distL="0" distR="0" wp14:anchorId="0B428442" wp14:editId="761A588B">
            <wp:extent cx="5486400" cy="3656965"/>
            <wp:effectExtent l="0" t="0" r="0" b="635"/>
            <wp:docPr id="1977472047" name="Llu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656965"/>
                    </a:xfrm>
                    <a:prstGeom prst="rect">
                      <a:avLst/>
                    </a:prstGeom>
                    <a:noFill/>
                    <a:ln>
                      <a:noFill/>
                    </a:ln>
                  </pic:spPr>
                </pic:pic>
              </a:graphicData>
            </a:graphic>
          </wp:inline>
        </w:drawing>
      </w:r>
    </w:p>
    <w:p w14:paraId="18AAF3E9" w14:textId="77777777" w:rsidR="00E11FEF" w:rsidRPr="00E11FEF" w:rsidRDefault="00E11FEF" w:rsidP="00E11FEF">
      <w:pPr>
        <w:spacing w:after="0"/>
        <w:jc w:val="both"/>
        <w:textAlignment w:val="baseline"/>
        <w:rPr>
          <w:rFonts w:ascii="Aptos" w:eastAsia="Times New Roman" w:hAnsi="Aptos"/>
          <w:bdr w:val="none" w:sz="0" w:space="0" w:color="auto" w:frame="1"/>
          <w:lang w:eastAsia="da-DK"/>
        </w:rPr>
      </w:pPr>
    </w:p>
    <w:sectPr w:rsidR="00E11FEF" w:rsidRPr="00E11FEF"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BB496" w14:textId="77777777" w:rsidR="00CC370D" w:rsidRDefault="00CC370D" w:rsidP="00692D5C">
      <w:pPr>
        <w:spacing w:after="0" w:line="240" w:lineRule="auto"/>
      </w:pPr>
      <w:r>
        <w:separator/>
      </w:r>
    </w:p>
  </w:endnote>
  <w:endnote w:type="continuationSeparator" w:id="0">
    <w:p w14:paraId="13E32E84" w14:textId="77777777" w:rsidR="00CC370D" w:rsidRDefault="00CC370D" w:rsidP="00692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364E7" w14:textId="77777777" w:rsidR="00CC370D" w:rsidRDefault="00CC370D" w:rsidP="00692D5C">
      <w:pPr>
        <w:spacing w:after="0" w:line="240" w:lineRule="auto"/>
      </w:pPr>
      <w:r>
        <w:separator/>
      </w:r>
    </w:p>
  </w:footnote>
  <w:footnote w:type="continuationSeparator" w:id="0">
    <w:p w14:paraId="72FC82F6" w14:textId="77777777" w:rsidR="00CC370D" w:rsidRDefault="00CC370D" w:rsidP="00692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9" w15:restartNumberingAfterBreak="0">
    <w:nsid w:val="123C40D0"/>
    <w:multiLevelType w:val="multilevel"/>
    <w:tmpl w:val="4CCE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261FA"/>
    <w:multiLevelType w:val="multilevel"/>
    <w:tmpl w:val="2312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542423">
    <w:abstractNumId w:val="8"/>
  </w:num>
  <w:num w:numId="2" w16cid:durableId="775100214">
    <w:abstractNumId w:val="6"/>
  </w:num>
  <w:num w:numId="3" w16cid:durableId="1482581706">
    <w:abstractNumId w:val="5"/>
  </w:num>
  <w:num w:numId="4" w16cid:durableId="880171569">
    <w:abstractNumId w:val="4"/>
  </w:num>
  <w:num w:numId="5" w16cid:durableId="1524588995">
    <w:abstractNumId w:val="7"/>
  </w:num>
  <w:num w:numId="6" w16cid:durableId="1037122604">
    <w:abstractNumId w:val="3"/>
  </w:num>
  <w:num w:numId="7" w16cid:durableId="1373461399">
    <w:abstractNumId w:val="2"/>
  </w:num>
  <w:num w:numId="8" w16cid:durableId="1214578813">
    <w:abstractNumId w:val="1"/>
  </w:num>
  <w:num w:numId="9" w16cid:durableId="485172000">
    <w:abstractNumId w:val="0"/>
  </w:num>
  <w:num w:numId="10" w16cid:durableId="1780755402">
    <w:abstractNumId w:val="10"/>
  </w:num>
  <w:num w:numId="11" w16cid:durableId="489637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4E3"/>
    <w:rsid w:val="00034616"/>
    <w:rsid w:val="0006063C"/>
    <w:rsid w:val="000C0A56"/>
    <w:rsid w:val="000E03CB"/>
    <w:rsid w:val="0011391D"/>
    <w:rsid w:val="00116647"/>
    <w:rsid w:val="00140E6D"/>
    <w:rsid w:val="0015074B"/>
    <w:rsid w:val="00192028"/>
    <w:rsid w:val="001D57AC"/>
    <w:rsid w:val="00261407"/>
    <w:rsid w:val="0026643C"/>
    <w:rsid w:val="0029639D"/>
    <w:rsid w:val="002A110B"/>
    <w:rsid w:val="002B35C8"/>
    <w:rsid w:val="002D60FA"/>
    <w:rsid w:val="002E5C54"/>
    <w:rsid w:val="002F2574"/>
    <w:rsid w:val="00307F29"/>
    <w:rsid w:val="00321210"/>
    <w:rsid w:val="00326F90"/>
    <w:rsid w:val="00373157"/>
    <w:rsid w:val="003A61E0"/>
    <w:rsid w:val="003C11B0"/>
    <w:rsid w:val="003E533E"/>
    <w:rsid w:val="004013AB"/>
    <w:rsid w:val="0041638C"/>
    <w:rsid w:val="00437D6B"/>
    <w:rsid w:val="00460F1C"/>
    <w:rsid w:val="00472511"/>
    <w:rsid w:val="004739FE"/>
    <w:rsid w:val="004919AD"/>
    <w:rsid w:val="004A6AF4"/>
    <w:rsid w:val="004C1DF6"/>
    <w:rsid w:val="0052217E"/>
    <w:rsid w:val="00545A2D"/>
    <w:rsid w:val="005775DA"/>
    <w:rsid w:val="005B48D5"/>
    <w:rsid w:val="005D5C02"/>
    <w:rsid w:val="005D5F95"/>
    <w:rsid w:val="005D6B70"/>
    <w:rsid w:val="00601987"/>
    <w:rsid w:val="006067FB"/>
    <w:rsid w:val="00622690"/>
    <w:rsid w:val="00625A9C"/>
    <w:rsid w:val="006645E5"/>
    <w:rsid w:val="00692D5C"/>
    <w:rsid w:val="006B4385"/>
    <w:rsid w:val="0072349E"/>
    <w:rsid w:val="00757D68"/>
    <w:rsid w:val="0077731C"/>
    <w:rsid w:val="00780890"/>
    <w:rsid w:val="008014F3"/>
    <w:rsid w:val="008334A3"/>
    <w:rsid w:val="00873166"/>
    <w:rsid w:val="00893D47"/>
    <w:rsid w:val="00912AAC"/>
    <w:rsid w:val="009717B8"/>
    <w:rsid w:val="009C7F45"/>
    <w:rsid w:val="00A22A33"/>
    <w:rsid w:val="00A237EF"/>
    <w:rsid w:val="00A949F0"/>
    <w:rsid w:val="00AA1D8D"/>
    <w:rsid w:val="00B0194E"/>
    <w:rsid w:val="00B21CBB"/>
    <w:rsid w:val="00B26712"/>
    <w:rsid w:val="00B3055E"/>
    <w:rsid w:val="00B36E2F"/>
    <w:rsid w:val="00B47730"/>
    <w:rsid w:val="00B560AA"/>
    <w:rsid w:val="00BC3E32"/>
    <w:rsid w:val="00BE5EC2"/>
    <w:rsid w:val="00BE6446"/>
    <w:rsid w:val="00C119F5"/>
    <w:rsid w:val="00C14A63"/>
    <w:rsid w:val="00C44D90"/>
    <w:rsid w:val="00C471FE"/>
    <w:rsid w:val="00C80CA3"/>
    <w:rsid w:val="00C97BF3"/>
    <w:rsid w:val="00CA6B8C"/>
    <w:rsid w:val="00CB0664"/>
    <w:rsid w:val="00CC370D"/>
    <w:rsid w:val="00CF5AB7"/>
    <w:rsid w:val="00D12B0D"/>
    <w:rsid w:val="00D37DD2"/>
    <w:rsid w:val="00D43F63"/>
    <w:rsid w:val="00D44A2B"/>
    <w:rsid w:val="00D527A6"/>
    <w:rsid w:val="00D90BA0"/>
    <w:rsid w:val="00DC4788"/>
    <w:rsid w:val="00DC48F3"/>
    <w:rsid w:val="00DD051F"/>
    <w:rsid w:val="00DD1D3A"/>
    <w:rsid w:val="00DD6397"/>
    <w:rsid w:val="00E00F49"/>
    <w:rsid w:val="00E11FEF"/>
    <w:rsid w:val="00E17E07"/>
    <w:rsid w:val="00E27D2D"/>
    <w:rsid w:val="00E4091B"/>
    <w:rsid w:val="00E56C74"/>
    <w:rsid w:val="00E839C2"/>
    <w:rsid w:val="00EA4181"/>
    <w:rsid w:val="00EB475A"/>
    <w:rsid w:val="00ED59FA"/>
    <w:rsid w:val="00F24C97"/>
    <w:rsid w:val="00F25461"/>
    <w:rsid w:val="00F33A67"/>
    <w:rsid w:val="00F60E14"/>
    <w:rsid w:val="00FB582B"/>
    <w:rsid w:val="00FB70A8"/>
    <w:rsid w:val="00FC693F"/>
    <w:rsid w:val="00FE18DF"/>
    <w:rsid w:val="00FE3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3DF18"/>
  <w14:defaultImageDpi w14:val="300"/>
  <w15:docId w15:val="{4885DF84-FF29-42A8-93A9-E654D81A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890"/>
    <w:rPr>
      <w:lang w:val="en-GB"/>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xxmsonormal">
    <w:name w:val="x_xmsonormal"/>
    <w:basedOn w:val="Normal"/>
    <w:rsid w:val="00545A2D"/>
    <w:pPr>
      <w:spacing w:after="0" w:line="240" w:lineRule="auto"/>
    </w:pPr>
    <w:rPr>
      <w:rFonts w:ascii="Calibri" w:eastAsiaTheme="minorHAns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E9076258BDBEA418E6196BB4A67308B" ma:contentTypeVersion="21" ma:contentTypeDescription="Opret et nyt dokument." ma:contentTypeScope="" ma:versionID="268b7c059bc4372c23a3c0420161487c">
  <xsd:schema xmlns:xsd="http://www.w3.org/2001/XMLSchema" xmlns:xs="http://www.w3.org/2001/XMLSchema" xmlns:p="http://schemas.microsoft.com/office/2006/metadata/properties" xmlns:ns2="7ffc9753-9bf6-4f8c-b67e-0fe07f1107ee" xmlns:ns3="5b20d815-721e-4411-8f3b-9e87f5d42c8a" targetNamespace="http://schemas.microsoft.com/office/2006/metadata/properties" ma:root="true" ma:fieldsID="a02ad67447589810e925ebb4741a7aca" ns2:_="" ns3:_="">
    <xsd:import namespace="7ffc9753-9bf6-4f8c-b67e-0fe07f1107ee"/>
    <xsd:import namespace="5b20d815-721e-4411-8f3b-9e87f5d42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dg2x"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c9753-9bf6-4f8c-b67e-0fe07f110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g2x" ma:index="20" nillable="true" ma:displayName="Dato og klokkeslæt" ma:internalName="dg2x">
      <xsd:simpleType>
        <xsd:restriction base="dms:DateTime"/>
      </xsd:simpleType>
    </xsd:element>
    <xsd:element name="_Flow_SignoffStatus" ma:index="21" nillable="true" ma:displayName="Godkendelsesstatus" ma:internalName="Godkendelses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ledmærker" ma:readOnly="false" ma:fieldId="{5cf76f15-5ced-4ddc-b409-7134ff3c332f}" ma:taxonomyMulti="true" ma:sspId="8af1a15f-eb82-458d-a44f-1e15ee453f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20d815-721e-4411-8f3b-9e87f5d42c8a"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5" nillable="true" ma:displayName="Taxonomy Catch All Column" ma:hidden="true" ma:list="{a7245965-a9b7-4122-a720-203ffc4fee6c}" ma:internalName="TaxCatchAll" ma:showField="CatchAllData" ma:web="5b20d815-721e-4411-8f3b-9e87f5d42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b20d815-721e-4411-8f3b-9e87f5d42c8a" xsi:nil="true"/>
    <dg2x xmlns="7ffc9753-9bf6-4f8c-b67e-0fe07f1107ee" xsi:nil="true"/>
    <lcf76f155ced4ddcb4097134ff3c332f xmlns="7ffc9753-9bf6-4f8c-b67e-0fe07f1107ee">
      <Terms xmlns="http://schemas.microsoft.com/office/infopath/2007/PartnerControls"/>
    </lcf76f155ced4ddcb4097134ff3c332f>
    <_Flow_SignoffStatus xmlns="7ffc9753-9bf6-4f8c-b67e-0fe07f1107e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451D7F2-95A4-4B15-BD02-E76C13885656}"/>
</file>

<file path=customXml/itemProps3.xml><?xml version="1.0" encoding="utf-8"?>
<ds:datastoreItem xmlns:ds="http://schemas.openxmlformats.org/officeDocument/2006/customXml" ds:itemID="{0E976C00-3251-4416-B9E7-17FAA40DAE64}"/>
</file>

<file path=customXml/itemProps4.xml><?xml version="1.0" encoding="utf-8"?>
<ds:datastoreItem xmlns:ds="http://schemas.openxmlformats.org/officeDocument/2006/customXml" ds:itemID="{75EFF11E-5995-44D7-80B2-FC477D14F213}"/>
</file>

<file path=docProps/app.xml><?xml version="1.0" encoding="utf-8"?>
<Properties xmlns="http://schemas.openxmlformats.org/officeDocument/2006/extended-properties" xmlns:vt="http://schemas.openxmlformats.org/officeDocument/2006/docPropsVTypes">
  <Template>Normal</Template>
  <TotalTime>1</TotalTime>
  <Pages>4</Pages>
  <Words>1030</Words>
  <Characters>6283</Characters>
  <Application>Microsoft Office Word</Application>
  <DocSecurity>4</DocSecurity>
  <Lines>52</Lines>
  <Paragraphs>14</Paragraphs>
  <ScaleCrop>false</ScaleCrop>
  <HeadingPairs>
    <vt:vector size="4" baseType="variant">
      <vt:variant>
        <vt:lpstr>Teitl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Weibye</dc:creator>
  <cp:keywords/>
  <dc:description>generated by python-docx</dc:description>
  <cp:lastModifiedBy>Mette Stenumgaard</cp:lastModifiedBy>
  <cp:revision>2</cp:revision>
  <dcterms:created xsi:type="dcterms:W3CDTF">2026-10-23T12:13:00Z</dcterms:created>
  <dcterms:modified xsi:type="dcterms:W3CDTF">2026-10-23T12:13:00Z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0x010100EE9076258BDBEA418E6196BB4A67308B</vt:lpwstr>
  </property>
</Properties>
</file>